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DC3" w:rsidRDefault="00AB7DC3" w:rsidP="00AB7DC3">
      <w:pPr>
        <w:spacing w:after="320"/>
        <w:jc w:val="right"/>
        <w:rPr>
          <w:b/>
          <w:color w:val="000000" w:themeColor="text1"/>
          <w:sz w:val="28"/>
        </w:rPr>
      </w:pPr>
      <w:r w:rsidRPr="00B7592B">
        <w:rPr>
          <w:i/>
          <w:color w:val="000000" w:themeColor="text1"/>
          <w:sz w:val="20"/>
        </w:rPr>
        <w:t>(Specimen Application Format)</w:t>
      </w:r>
    </w:p>
    <w:p w:rsidR="00AB7DC3" w:rsidRPr="00B7592B" w:rsidRDefault="0013611B" w:rsidP="00AB7DC3">
      <w:pPr>
        <w:spacing w:after="320"/>
        <w:jc w:val="center"/>
        <w:rPr>
          <w:i/>
          <w:color w:val="000000" w:themeColor="text1"/>
          <w:sz w:val="20"/>
        </w:rPr>
      </w:pPr>
      <w:r w:rsidRPr="00B7592B">
        <w:rPr>
          <w:b/>
          <w:color w:val="000000" w:themeColor="text1"/>
          <w:sz w:val="28"/>
        </w:rPr>
        <w:t>Lanka Phosphate Limited (State own Enterprise)</w:t>
      </w:r>
    </w:p>
    <w:p w:rsidR="008543A9" w:rsidRPr="00B7592B" w:rsidRDefault="007B2D7E">
      <w:pPr>
        <w:spacing w:after="80"/>
        <w:jc w:val="center"/>
        <w:rPr>
          <w:color w:val="000000" w:themeColor="text1"/>
        </w:rPr>
      </w:pPr>
      <w:r w:rsidRPr="00B7592B">
        <w:rPr>
          <w:b/>
          <w:color w:val="000000" w:themeColor="text1"/>
          <w:sz w:val="28"/>
        </w:rPr>
        <w:t>APPLICATION FOR THE POST OF ____________</w:t>
      </w:r>
      <w:r w:rsidR="00E85461" w:rsidRPr="00B7592B">
        <w:rPr>
          <w:b/>
          <w:color w:val="000000" w:themeColor="text1"/>
          <w:sz w:val="28"/>
        </w:rPr>
        <w:t>________</w:t>
      </w:r>
      <w:r w:rsidR="00622B35" w:rsidRPr="00B7592B">
        <w:rPr>
          <w:b/>
          <w:color w:val="000000" w:themeColor="text1"/>
          <w:sz w:val="28"/>
        </w:rPr>
        <w:t>____________________</w:t>
      </w:r>
      <w:r w:rsidRPr="00B7592B">
        <w:rPr>
          <w:b/>
          <w:color w:val="000000" w:themeColor="text1"/>
          <w:sz w:val="28"/>
        </w:rPr>
        <w:t>__</w:t>
      </w:r>
    </w:p>
    <w:p w:rsidR="00E85461" w:rsidRDefault="00E85461" w:rsidP="00896D0A">
      <w:pPr>
        <w:spacing w:after="0"/>
        <w:rPr>
          <w:iCs/>
          <w:color w:val="000000" w:themeColor="text1"/>
          <w:sz w:val="20"/>
        </w:rPr>
      </w:pPr>
      <w:r w:rsidRPr="00B7592B">
        <w:rPr>
          <w:b/>
          <w:noProof/>
          <w:color w:val="000000" w:themeColor="text1"/>
          <w:lang w:bidi="si-LK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60EA868" wp14:editId="1B5F5B13">
                <wp:simplePos x="0" y="0"/>
                <wp:positionH relativeFrom="column">
                  <wp:posOffset>2803525</wp:posOffset>
                </wp:positionH>
                <wp:positionV relativeFrom="paragraph">
                  <wp:posOffset>38735</wp:posOffset>
                </wp:positionV>
                <wp:extent cx="152400" cy="129540"/>
                <wp:effectExtent l="38100" t="19050" r="57150" b="6096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295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0"/>
                            </a:srgb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85461" w:rsidRPr="0013611B" w:rsidRDefault="00E85461" w:rsidP="0013611B">
                            <w:pPr>
                              <w:jc w:val="center"/>
                              <w:rPr>
                                <w:color w:val="BFBFBF" w:themeColor="background1" w:themeShade="BF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6" o:spid="_x0000_s1026" style="position:absolute;margin-left:220.75pt;margin-top:3.05pt;width:12pt;height:10.2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" filled="f" strokecolor="black [3213]">
                <v:shadow on="t" color="black" opacity="0" origin=",.5" offset="0,.63889mm"/>
                <v:textbox>
                  <w:txbxContent>
                    <w:p w:rsidR="00E85461" w:rsidRPr="0013611B" w:rsidRDefault="00E85461" w:rsidP="0013611B">
                      <w:pPr>
                        <w:jc w:val="center"/>
                        <w:rPr>
                          <w:color w:val="BFBFBF" w:themeColor="background1" w:themeShade="BF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B7592B">
        <w:rPr>
          <w:b/>
          <w:noProof/>
          <w:color w:val="000000" w:themeColor="text1"/>
          <w:lang w:bidi="si-LK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435B1B5" wp14:editId="0AEF4360">
                <wp:simplePos x="0" y="0"/>
                <wp:positionH relativeFrom="column">
                  <wp:posOffset>995680</wp:posOffset>
                </wp:positionH>
                <wp:positionV relativeFrom="paragraph">
                  <wp:posOffset>38735</wp:posOffset>
                </wp:positionV>
                <wp:extent cx="152400" cy="129540"/>
                <wp:effectExtent l="38100" t="19050" r="57150" b="6096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295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0"/>
                            </a:srgb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85461" w:rsidRPr="0013611B" w:rsidRDefault="00E85461" w:rsidP="0013611B">
                            <w:pPr>
                              <w:jc w:val="center"/>
                              <w:rPr>
                                <w:color w:val="BFBFBF" w:themeColor="background1" w:themeShade="BF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5" o:spid="_x0000_s1027" style="position:absolute;margin-left:78.4pt;margin-top:3.05pt;width:12pt;height:10.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" filled="f" strokecolor="black [3213]">
                <v:shadow on="t" color="black" opacity="0" origin=",.5" offset="0,.63889mm"/>
                <v:textbox>
                  <w:txbxContent>
                    <w:p w:rsidR="00E85461" w:rsidRPr="0013611B" w:rsidRDefault="00E85461" w:rsidP="0013611B">
                      <w:pPr>
                        <w:jc w:val="center"/>
                        <w:rPr>
                          <w:color w:val="BFBFBF" w:themeColor="background1" w:themeShade="BF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B7592B">
        <w:rPr>
          <w:iCs/>
          <w:color w:val="000000" w:themeColor="text1"/>
          <w:sz w:val="20"/>
        </w:rPr>
        <w:t xml:space="preserve">External Applicant </w:t>
      </w:r>
      <w:r w:rsidRPr="00B7592B">
        <w:rPr>
          <w:iCs/>
          <w:color w:val="000000" w:themeColor="text1"/>
          <w:sz w:val="20"/>
        </w:rPr>
        <w:tab/>
      </w:r>
      <w:r w:rsidRPr="00B7592B">
        <w:rPr>
          <w:iCs/>
          <w:color w:val="000000" w:themeColor="text1"/>
          <w:sz w:val="20"/>
        </w:rPr>
        <w:tab/>
      </w:r>
      <w:r w:rsidR="0069420D" w:rsidRPr="00B7592B">
        <w:rPr>
          <w:iCs/>
          <w:color w:val="000000" w:themeColor="text1"/>
          <w:sz w:val="20"/>
        </w:rPr>
        <w:t xml:space="preserve">Internal </w:t>
      </w:r>
      <w:r w:rsidRPr="00B7592B">
        <w:rPr>
          <w:iCs/>
          <w:color w:val="000000" w:themeColor="text1"/>
          <w:sz w:val="20"/>
        </w:rPr>
        <w:t>Applicant</w:t>
      </w:r>
      <w:r w:rsidR="00896D0A">
        <w:rPr>
          <w:iCs/>
          <w:color w:val="000000" w:themeColor="text1"/>
          <w:sz w:val="20"/>
        </w:rPr>
        <w:t xml:space="preserve">           </w:t>
      </w:r>
    </w:p>
    <w:p w:rsidR="00896D0A" w:rsidRPr="00896D0A" w:rsidRDefault="00896D0A" w:rsidP="00896D0A">
      <w:pPr>
        <w:spacing w:after="0"/>
        <w:rPr>
          <w:b/>
          <w:bCs/>
          <w:i/>
          <w:color w:val="000000" w:themeColor="text1"/>
          <w:sz w:val="18"/>
          <w:szCs w:val="20"/>
        </w:rPr>
      </w:pPr>
      <w:r w:rsidRPr="00896D0A">
        <w:rPr>
          <w:b/>
          <w:bCs/>
          <w:i/>
          <w:color w:val="000000" w:themeColor="text1"/>
          <w:sz w:val="18"/>
          <w:szCs w:val="20"/>
        </w:rPr>
        <w:t>(Place a check mark (</w:t>
      </w:r>
      <w:r w:rsidRPr="00896D0A">
        <w:rPr>
          <w:b/>
          <w:bCs/>
          <w:i/>
          <w:color w:val="000000" w:themeColor="text1"/>
          <w:sz w:val="18"/>
          <w:szCs w:val="20"/>
        </w:rPr>
        <w:sym w:font="Wingdings 2" w:char="F050"/>
      </w:r>
      <w:r w:rsidRPr="00896D0A">
        <w:rPr>
          <w:b/>
          <w:bCs/>
          <w:i/>
          <w:color w:val="000000" w:themeColor="text1"/>
          <w:sz w:val="18"/>
          <w:szCs w:val="20"/>
        </w:rPr>
        <w:t>) inside the relevant box)</w:t>
      </w:r>
    </w:p>
    <w:p w:rsidR="00896D0A" w:rsidRPr="00896D0A" w:rsidRDefault="00896D0A" w:rsidP="00896D0A">
      <w:pPr>
        <w:spacing w:after="0"/>
        <w:rPr>
          <w:i/>
          <w:color w:val="000000" w:themeColor="text1"/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73"/>
        <w:gridCol w:w="6546"/>
      </w:tblGrid>
      <w:tr w:rsidR="00736B1A" w:rsidRPr="00B7592B" w:rsidTr="003F3D9C">
        <w:tc>
          <w:tcPr>
            <w:tcW w:w="3273" w:type="dxa"/>
          </w:tcPr>
          <w:p w:rsidR="00736B1A" w:rsidRPr="00B7592B" w:rsidRDefault="00736B1A" w:rsidP="00663C8E">
            <w:pPr>
              <w:pStyle w:val="ListParagraph"/>
              <w:numPr>
                <w:ilvl w:val="0"/>
                <w:numId w:val="11"/>
              </w:numPr>
              <w:spacing w:before="80" w:after="120"/>
              <w:ind w:left="360"/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Name in full:</w:t>
            </w:r>
            <w:r w:rsidRPr="00B7592B">
              <w:rPr>
                <w:color w:val="000000" w:themeColor="text1"/>
              </w:rPr>
              <w:t xml:space="preserve"> </w:t>
            </w:r>
            <w:r w:rsidRPr="002D239E">
              <w:rPr>
                <w:b/>
                <w:bCs/>
                <w:color w:val="000000" w:themeColor="text1"/>
                <w:sz w:val="18"/>
                <w:szCs w:val="18"/>
              </w:rPr>
              <w:t>(Mr. / Mrs. / Miss)</w:t>
            </w:r>
          </w:p>
        </w:tc>
        <w:tc>
          <w:tcPr>
            <w:tcW w:w="6546" w:type="dxa"/>
          </w:tcPr>
          <w:p w:rsidR="00736B1A" w:rsidRPr="00B7592B" w:rsidRDefault="00736B1A">
            <w:pPr>
              <w:spacing w:before="80" w:after="120"/>
              <w:rPr>
                <w:b/>
                <w:color w:val="000000" w:themeColor="text1"/>
              </w:rPr>
            </w:pPr>
          </w:p>
        </w:tc>
      </w:tr>
    </w:tbl>
    <w:p w:rsidR="00736B1A" w:rsidRPr="00B7592B" w:rsidRDefault="00736B1A" w:rsidP="00CB3C28">
      <w:pPr>
        <w:spacing w:after="0"/>
        <w:rPr>
          <w:b/>
          <w:color w:val="000000" w:themeColor="text1"/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73"/>
        <w:gridCol w:w="5025"/>
        <w:gridCol w:w="1521"/>
      </w:tblGrid>
      <w:tr w:rsidR="00B7592B" w:rsidRPr="00B7592B" w:rsidTr="00E9163F">
        <w:tc>
          <w:tcPr>
            <w:tcW w:w="3273" w:type="dxa"/>
          </w:tcPr>
          <w:p w:rsidR="00566591" w:rsidRPr="00B7592B" w:rsidRDefault="00566591" w:rsidP="0014313C">
            <w:pPr>
              <w:pStyle w:val="ListParagraph"/>
              <w:numPr>
                <w:ilvl w:val="0"/>
                <w:numId w:val="11"/>
              </w:numPr>
              <w:spacing w:before="80" w:after="120"/>
              <w:ind w:left="360"/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Postal Address</w:t>
            </w:r>
          </w:p>
        </w:tc>
        <w:tc>
          <w:tcPr>
            <w:tcW w:w="6546" w:type="dxa"/>
            <w:gridSpan w:val="2"/>
          </w:tcPr>
          <w:p w:rsidR="00566591" w:rsidRPr="00B7592B" w:rsidRDefault="00566591">
            <w:pPr>
              <w:spacing w:before="80" w:after="120"/>
              <w:rPr>
                <w:b/>
                <w:color w:val="000000" w:themeColor="text1"/>
              </w:rPr>
            </w:pPr>
          </w:p>
        </w:tc>
      </w:tr>
      <w:tr w:rsidR="00B7592B" w:rsidRPr="00B7592B" w:rsidTr="00566591">
        <w:tc>
          <w:tcPr>
            <w:tcW w:w="3273" w:type="dxa"/>
          </w:tcPr>
          <w:p w:rsidR="00566591" w:rsidRPr="00B7592B" w:rsidRDefault="00566591" w:rsidP="00C51A5A">
            <w:pPr>
              <w:spacing w:before="80" w:after="120"/>
              <w:ind w:left="360"/>
              <w:rPr>
                <w:b/>
                <w:color w:val="000000" w:themeColor="text1"/>
              </w:rPr>
            </w:pPr>
            <w:proofErr w:type="spellStart"/>
            <w:r w:rsidRPr="00B7592B">
              <w:rPr>
                <w:b/>
                <w:color w:val="000000" w:themeColor="text1"/>
              </w:rPr>
              <w:t>Whatsapp</w:t>
            </w:r>
            <w:proofErr w:type="spellEnd"/>
            <w:r w:rsidRPr="00B7592B">
              <w:rPr>
                <w:b/>
                <w:color w:val="000000" w:themeColor="text1"/>
              </w:rPr>
              <w:t xml:space="preserve"> Number</w:t>
            </w:r>
          </w:p>
        </w:tc>
        <w:tc>
          <w:tcPr>
            <w:tcW w:w="5025" w:type="dxa"/>
          </w:tcPr>
          <w:p w:rsidR="00566591" w:rsidRPr="00B7592B" w:rsidRDefault="00566591">
            <w:pPr>
              <w:spacing w:before="80" w:after="120"/>
              <w:rPr>
                <w:b/>
                <w:color w:val="000000" w:themeColor="text1"/>
              </w:rPr>
            </w:pPr>
          </w:p>
        </w:tc>
        <w:tc>
          <w:tcPr>
            <w:tcW w:w="1521" w:type="dxa"/>
            <w:vMerge w:val="restart"/>
            <w:tcBorders>
              <w:bottom w:val="nil"/>
              <w:right w:val="nil"/>
            </w:tcBorders>
          </w:tcPr>
          <w:p w:rsidR="00566591" w:rsidRPr="00B7592B" w:rsidRDefault="00566591">
            <w:pPr>
              <w:spacing w:before="80" w:after="120"/>
              <w:rPr>
                <w:b/>
                <w:color w:val="000000" w:themeColor="text1"/>
              </w:rPr>
            </w:pPr>
          </w:p>
        </w:tc>
      </w:tr>
      <w:tr w:rsidR="00B7592B" w:rsidRPr="00B7592B" w:rsidTr="00566591">
        <w:tc>
          <w:tcPr>
            <w:tcW w:w="3273" w:type="dxa"/>
          </w:tcPr>
          <w:p w:rsidR="00566591" w:rsidRPr="00B7592B" w:rsidRDefault="00566591" w:rsidP="00C51A5A">
            <w:pPr>
              <w:spacing w:before="80" w:after="120"/>
              <w:ind w:left="360"/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Contact Number</w:t>
            </w:r>
          </w:p>
        </w:tc>
        <w:tc>
          <w:tcPr>
            <w:tcW w:w="5025" w:type="dxa"/>
          </w:tcPr>
          <w:p w:rsidR="00566591" w:rsidRPr="00B7592B" w:rsidRDefault="00566591">
            <w:pPr>
              <w:spacing w:before="80" w:after="120"/>
              <w:rPr>
                <w:b/>
                <w:color w:val="000000" w:themeColor="text1"/>
              </w:rPr>
            </w:pPr>
          </w:p>
        </w:tc>
        <w:tc>
          <w:tcPr>
            <w:tcW w:w="1521" w:type="dxa"/>
            <w:vMerge/>
            <w:tcBorders>
              <w:bottom w:val="nil"/>
              <w:right w:val="nil"/>
            </w:tcBorders>
          </w:tcPr>
          <w:p w:rsidR="00566591" w:rsidRPr="00B7592B" w:rsidRDefault="00566591">
            <w:pPr>
              <w:spacing w:before="80" w:after="120"/>
              <w:rPr>
                <w:b/>
                <w:color w:val="000000" w:themeColor="text1"/>
              </w:rPr>
            </w:pPr>
          </w:p>
        </w:tc>
      </w:tr>
      <w:tr w:rsidR="00566591" w:rsidRPr="00B7592B" w:rsidTr="00566591">
        <w:tc>
          <w:tcPr>
            <w:tcW w:w="3273" w:type="dxa"/>
          </w:tcPr>
          <w:p w:rsidR="00566591" w:rsidRPr="00B7592B" w:rsidRDefault="00566591" w:rsidP="00C51A5A">
            <w:pPr>
              <w:spacing w:before="80" w:after="120"/>
              <w:ind w:left="360"/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E-mail</w:t>
            </w:r>
          </w:p>
        </w:tc>
        <w:tc>
          <w:tcPr>
            <w:tcW w:w="5025" w:type="dxa"/>
          </w:tcPr>
          <w:p w:rsidR="00566591" w:rsidRPr="00B7592B" w:rsidRDefault="00566591">
            <w:pPr>
              <w:spacing w:before="80" w:after="120"/>
              <w:rPr>
                <w:b/>
                <w:color w:val="000000" w:themeColor="text1"/>
              </w:rPr>
            </w:pPr>
          </w:p>
        </w:tc>
        <w:tc>
          <w:tcPr>
            <w:tcW w:w="1521" w:type="dxa"/>
            <w:vMerge/>
            <w:tcBorders>
              <w:bottom w:val="nil"/>
              <w:right w:val="nil"/>
            </w:tcBorders>
          </w:tcPr>
          <w:p w:rsidR="00566591" w:rsidRPr="00B7592B" w:rsidRDefault="00566591">
            <w:pPr>
              <w:spacing w:before="80" w:after="120"/>
              <w:rPr>
                <w:b/>
                <w:color w:val="000000" w:themeColor="text1"/>
              </w:rPr>
            </w:pPr>
          </w:p>
        </w:tc>
      </w:tr>
    </w:tbl>
    <w:p w:rsidR="00566591" w:rsidRPr="00B7592B" w:rsidRDefault="00566591" w:rsidP="00CB3C28">
      <w:pPr>
        <w:spacing w:after="0"/>
        <w:rPr>
          <w:b/>
          <w:color w:val="000000" w:themeColor="text1"/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73"/>
        <w:gridCol w:w="5025"/>
      </w:tblGrid>
      <w:tr w:rsidR="00566591" w:rsidRPr="00B7592B" w:rsidTr="00566591">
        <w:tc>
          <w:tcPr>
            <w:tcW w:w="3273" w:type="dxa"/>
          </w:tcPr>
          <w:p w:rsidR="00566591" w:rsidRPr="00B7592B" w:rsidRDefault="00566591" w:rsidP="00C51A5A">
            <w:pPr>
              <w:pStyle w:val="ListParagraph"/>
              <w:numPr>
                <w:ilvl w:val="0"/>
                <w:numId w:val="11"/>
              </w:numPr>
              <w:spacing w:before="80" w:after="120"/>
              <w:ind w:left="360"/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NIC Number</w:t>
            </w:r>
          </w:p>
        </w:tc>
        <w:tc>
          <w:tcPr>
            <w:tcW w:w="5025" w:type="dxa"/>
          </w:tcPr>
          <w:p w:rsidR="00566591" w:rsidRPr="00B7592B" w:rsidRDefault="00566591" w:rsidP="00015721">
            <w:pPr>
              <w:spacing w:before="80" w:after="120"/>
              <w:rPr>
                <w:b/>
                <w:color w:val="000000" w:themeColor="text1"/>
              </w:rPr>
            </w:pPr>
          </w:p>
        </w:tc>
      </w:tr>
    </w:tbl>
    <w:p w:rsidR="00566591" w:rsidRPr="00B7592B" w:rsidRDefault="00566591" w:rsidP="00CB3C28">
      <w:pPr>
        <w:spacing w:after="0"/>
        <w:rPr>
          <w:b/>
          <w:color w:val="000000" w:themeColor="text1"/>
          <w:sz w:val="6"/>
          <w:szCs w:val="6"/>
        </w:rPr>
      </w:pPr>
    </w:p>
    <w:tbl>
      <w:tblPr>
        <w:tblStyle w:val="TableGrid"/>
        <w:tblW w:w="8659" w:type="dxa"/>
        <w:tblLook w:val="04A0" w:firstRow="1" w:lastRow="0" w:firstColumn="1" w:lastColumn="0" w:noHBand="0" w:noVBand="1"/>
      </w:tblPr>
      <w:tblGrid>
        <w:gridCol w:w="3885"/>
        <w:gridCol w:w="596"/>
        <w:gridCol w:w="150"/>
        <w:gridCol w:w="447"/>
        <w:gridCol w:w="340"/>
        <w:gridCol w:w="257"/>
        <w:gridCol w:w="597"/>
        <w:gridCol w:w="177"/>
        <w:gridCol w:w="419"/>
        <w:gridCol w:w="502"/>
        <w:gridCol w:w="95"/>
        <w:gridCol w:w="566"/>
        <w:gridCol w:w="31"/>
        <w:gridCol w:w="597"/>
      </w:tblGrid>
      <w:tr w:rsidR="00B7592B" w:rsidRPr="00B7592B" w:rsidTr="004036C7">
        <w:tc>
          <w:tcPr>
            <w:tcW w:w="3885" w:type="dxa"/>
          </w:tcPr>
          <w:p w:rsidR="00566591" w:rsidRPr="00B7592B" w:rsidRDefault="00566591" w:rsidP="00C51A5A">
            <w:pPr>
              <w:pStyle w:val="ListParagraph"/>
              <w:numPr>
                <w:ilvl w:val="0"/>
                <w:numId w:val="11"/>
              </w:numPr>
              <w:spacing w:before="80" w:after="120"/>
              <w:ind w:left="360"/>
              <w:rPr>
                <w:b/>
                <w:color w:val="000000" w:themeColor="text1"/>
              </w:rPr>
            </w:pPr>
            <w:bookmarkStart w:id="0" w:name="_GoBack" w:colFirst="1" w:colLast="8"/>
            <w:r w:rsidRPr="00B7592B">
              <w:rPr>
                <w:b/>
                <w:color w:val="000000" w:themeColor="text1"/>
              </w:rPr>
              <w:t>Date of Birth</w:t>
            </w:r>
          </w:p>
        </w:tc>
        <w:tc>
          <w:tcPr>
            <w:tcW w:w="596" w:type="dxa"/>
            <w:vAlign w:val="center"/>
          </w:tcPr>
          <w:p w:rsidR="00566591" w:rsidRPr="00DB2148" w:rsidRDefault="00566591" w:rsidP="00CB3C28">
            <w:pPr>
              <w:jc w:val="center"/>
              <w:rPr>
                <w:b/>
                <w:color w:val="D9D9D9" w:themeColor="background1" w:themeShade="D9"/>
              </w:rPr>
            </w:pPr>
            <w:r w:rsidRPr="00DB2148">
              <w:rPr>
                <w:b/>
                <w:color w:val="D9D9D9" w:themeColor="background1" w:themeShade="D9"/>
              </w:rPr>
              <w:t>D</w:t>
            </w:r>
          </w:p>
        </w:tc>
        <w:tc>
          <w:tcPr>
            <w:tcW w:w="597" w:type="dxa"/>
            <w:gridSpan w:val="2"/>
            <w:vAlign w:val="center"/>
          </w:tcPr>
          <w:p w:rsidR="00566591" w:rsidRPr="00DB2148" w:rsidRDefault="00566591" w:rsidP="00CB3C28">
            <w:pPr>
              <w:jc w:val="center"/>
              <w:rPr>
                <w:b/>
                <w:color w:val="D9D9D9" w:themeColor="background1" w:themeShade="D9"/>
              </w:rPr>
            </w:pPr>
            <w:r w:rsidRPr="00DB2148">
              <w:rPr>
                <w:b/>
                <w:color w:val="D9D9D9" w:themeColor="background1" w:themeShade="D9"/>
              </w:rPr>
              <w:t>D</w:t>
            </w:r>
          </w:p>
        </w:tc>
        <w:tc>
          <w:tcPr>
            <w:tcW w:w="597" w:type="dxa"/>
            <w:gridSpan w:val="2"/>
            <w:vAlign w:val="center"/>
          </w:tcPr>
          <w:p w:rsidR="00566591" w:rsidRPr="00DB2148" w:rsidRDefault="00566591" w:rsidP="00CB3C28">
            <w:pPr>
              <w:jc w:val="center"/>
              <w:rPr>
                <w:b/>
                <w:color w:val="D9D9D9" w:themeColor="background1" w:themeShade="D9"/>
              </w:rPr>
            </w:pPr>
            <w:r w:rsidRPr="00DB2148">
              <w:rPr>
                <w:b/>
                <w:color w:val="D9D9D9" w:themeColor="background1" w:themeShade="D9"/>
              </w:rPr>
              <w:t>M</w:t>
            </w:r>
          </w:p>
        </w:tc>
        <w:tc>
          <w:tcPr>
            <w:tcW w:w="597" w:type="dxa"/>
            <w:vAlign w:val="center"/>
          </w:tcPr>
          <w:p w:rsidR="00566591" w:rsidRPr="00DB2148" w:rsidRDefault="00566591" w:rsidP="00CB3C28">
            <w:pPr>
              <w:jc w:val="center"/>
              <w:rPr>
                <w:b/>
                <w:color w:val="D9D9D9" w:themeColor="background1" w:themeShade="D9"/>
              </w:rPr>
            </w:pPr>
            <w:r w:rsidRPr="00DB2148">
              <w:rPr>
                <w:b/>
                <w:color w:val="D9D9D9" w:themeColor="background1" w:themeShade="D9"/>
              </w:rPr>
              <w:t>M</w:t>
            </w:r>
          </w:p>
        </w:tc>
        <w:tc>
          <w:tcPr>
            <w:tcW w:w="596" w:type="dxa"/>
            <w:gridSpan w:val="2"/>
            <w:vAlign w:val="center"/>
          </w:tcPr>
          <w:p w:rsidR="00566591" w:rsidRPr="00DB2148" w:rsidRDefault="00566591" w:rsidP="00CB3C28">
            <w:pPr>
              <w:jc w:val="center"/>
              <w:rPr>
                <w:b/>
                <w:color w:val="D9D9D9" w:themeColor="background1" w:themeShade="D9"/>
              </w:rPr>
            </w:pPr>
            <w:r w:rsidRPr="00DB2148">
              <w:rPr>
                <w:b/>
                <w:color w:val="D9D9D9" w:themeColor="background1" w:themeShade="D9"/>
              </w:rPr>
              <w:t>Y</w:t>
            </w:r>
          </w:p>
        </w:tc>
        <w:tc>
          <w:tcPr>
            <w:tcW w:w="597" w:type="dxa"/>
            <w:gridSpan w:val="2"/>
            <w:vAlign w:val="center"/>
          </w:tcPr>
          <w:p w:rsidR="00566591" w:rsidRPr="00DB2148" w:rsidRDefault="00566591" w:rsidP="00CB3C28">
            <w:pPr>
              <w:jc w:val="center"/>
              <w:rPr>
                <w:b/>
                <w:color w:val="D9D9D9" w:themeColor="background1" w:themeShade="D9"/>
              </w:rPr>
            </w:pPr>
            <w:r w:rsidRPr="00DB2148">
              <w:rPr>
                <w:b/>
                <w:color w:val="D9D9D9" w:themeColor="background1" w:themeShade="D9"/>
              </w:rPr>
              <w:t>Y</w:t>
            </w:r>
          </w:p>
        </w:tc>
        <w:tc>
          <w:tcPr>
            <w:tcW w:w="597" w:type="dxa"/>
            <w:gridSpan w:val="2"/>
            <w:vAlign w:val="center"/>
          </w:tcPr>
          <w:p w:rsidR="00566591" w:rsidRPr="00DB2148" w:rsidRDefault="00566591" w:rsidP="00CB3C28">
            <w:pPr>
              <w:jc w:val="center"/>
              <w:rPr>
                <w:b/>
                <w:color w:val="D9D9D9" w:themeColor="background1" w:themeShade="D9"/>
              </w:rPr>
            </w:pPr>
            <w:r w:rsidRPr="00DB2148">
              <w:rPr>
                <w:b/>
                <w:color w:val="D9D9D9" w:themeColor="background1" w:themeShade="D9"/>
              </w:rPr>
              <w:t>Y</w:t>
            </w:r>
          </w:p>
        </w:tc>
        <w:tc>
          <w:tcPr>
            <w:tcW w:w="597" w:type="dxa"/>
            <w:vAlign w:val="center"/>
          </w:tcPr>
          <w:p w:rsidR="00566591" w:rsidRPr="00DB2148" w:rsidRDefault="00566591" w:rsidP="00CB3C28">
            <w:pPr>
              <w:jc w:val="center"/>
              <w:rPr>
                <w:b/>
                <w:color w:val="D9D9D9" w:themeColor="background1" w:themeShade="D9"/>
              </w:rPr>
            </w:pPr>
            <w:r w:rsidRPr="00DB2148">
              <w:rPr>
                <w:b/>
                <w:color w:val="D9D9D9" w:themeColor="background1" w:themeShade="D9"/>
              </w:rPr>
              <w:t>Y</w:t>
            </w:r>
          </w:p>
        </w:tc>
      </w:tr>
      <w:bookmarkEnd w:id="0"/>
      <w:tr w:rsidR="00C52730" w:rsidRPr="00B7592B" w:rsidTr="004036C7">
        <w:tc>
          <w:tcPr>
            <w:tcW w:w="3885" w:type="dxa"/>
          </w:tcPr>
          <w:p w:rsidR="00C52730" w:rsidRPr="00B7592B" w:rsidRDefault="00C52730" w:rsidP="00C51A5A">
            <w:pPr>
              <w:ind w:left="360"/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Age as at the Closing Date (30/11/2026)</w:t>
            </w:r>
          </w:p>
        </w:tc>
        <w:tc>
          <w:tcPr>
            <w:tcW w:w="746" w:type="dxa"/>
            <w:gridSpan w:val="2"/>
            <w:vAlign w:val="center"/>
          </w:tcPr>
          <w:p w:rsidR="00C52730" w:rsidRPr="00B7592B" w:rsidRDefault="00C52730" w:rsidP="00CB3C28">
            <w:pPr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Years</w:t>
            </w:r>
          </w:p>
        </w:tc>
        <w:tc>
          <w:tcPr>
            <w:tcW w:w="787" w:type="dxa"/>
            <w:gridSpan w:val="2"/>
            <w:vAlign w:val="center"/>
          </w:tcPr>
          <w:p w:rsidR="00C52730" w:rsidRPr="00B7592B" w:rsidRDefault="00C52730" w:rsidP="00CB3C28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031" w:type="dxa"/>
            <w:gridSpan w:val="3"/>
            <w:vAlign w:val="center"/>
          </w:tcPr>
          <w:p w:rsidR="00C52730" w:rsidRPr="00B7592B" w:rsidRDefault="00C52730" w:rsidP="00CB3C28">
            <w:pPr>
              <w:jc w:val="center"/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Month</w:t>
            </w:r>
            <w:r w:rsidR="000F7AD2">
              <w:rPr>
                <w:b/>
                <w:color w:val="000000" w:themeColor="text1"/>
              </w:rPr>
              <w:t>s</w:t>
            </w:r>
          </w:p>
        </w:tc>
        <w:tc>
          <w:tcPr>
            <w:tcW w:w="921" w:type="dxa"/>
            <w:gridSpan w:val="2"/>
            <w:vAlign w:val="center"/>
          </w:tcPr>
          <w:p w:rsidR="00C52730" w:rsidRPr="00B7592B" w:rsidRDefault="00C52730" w:rsidP="00CB3C28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661" w:type="dxa"/>
            <w:gridSpan w:val="2"/>
            <w:vAlign w:val="center"/>
          </w:tcPr>
          <w:p w:rsidR="00C52730" w:rsidRPr="00B7592B" w:rsidRDefault="00C52730" w:rsidP="00CB3C28">
            <w:pPr>
              <w:jc w:val="center"/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Days</w:t>
            </w:r>
          </w:p>
        </w:tc>
        <w:tc>
          <w:tcPr>
            <w:tcW w:w="628" w:type="dxa"/>
            <w:gridSpan w:val="2"/>
          </w:tcPr>
          <w:p w:rsidR="00C52730" w:rsidRPr="00B7592B" w:rsidRDefault="00C52730" w:rsidP="00CB3C28">
            <w:pPr>
              <w:jc w:val="center"/>
              <w:rPr>
                <w:b/>
                <w:color w:val="000000" w:themeColor="text1"/>
              </w:rPr>
            </w:pPr>
          </w:p>
        </w:tc>
      </w:tr>
    </w:tbl>
    <w:p w:rsidR="00566591" w:rsidRPr="00B7592B" w:rsidRDefault="00566591" w:rsidP="00CB3C28">
      <w:pPr>
        <w:spacing w:after="0"/>
        <w:rPr>
          <w:b/>
          <w:color w:val="000000" w:themeColor="text1"/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73"/>
        <w:gridCol w:w="5025"/>
      </w:tblGrid>
      <w:tr w:rsidR="00ED478F" w:rsidRPr="00B7592B" w:rsidTr="00015721">
        <w:tc>
          <w:tcPr>
            <w:tcW w:w="3273" w:type="dxa"/>
          </w:tcPr>
          <w:p w:rsidR="00ED478F" w:rsidRPr="00B7592B" w:rsidRDefault="00ED478F" w:rsidP="004036C7">
            <w:pPr>
              <w:pStyle w:val="ListParagraph"/>
              <w:numPr>
                <w:ilvl w:val="0"/>
                <w:numId w:val="11"/>
              </w:numPr>
              <w:spacing w:before="80" w:after="120"/>
              <w:ind w:left="360"/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Civil Status</w:t>
            </w:r>
          </w:p>
        </w:tc>
        <w:tc>
          <w:tcPr>
            <w:tcW w:w="5025" w:type="dxa"/>
          </w:tcPr>
          <w:p w:rsidR="00ED478F" w:rsidRPr="00B7592B" w:rsidRDefault="00ED478F" w:rsidP="00015721">
            <w:pPr>
              <w:spacing w:before="80" w:after="120"/>
              <w:rPr>
                <w:b/>
                <w:color w:val="000000" w:themeColor="text1"/>
              </w:rPr>
            </w:pPr>
          </w:p>
        </w:tc>
      </w:tr>
    </w:tbl>
    <w:p w:rsidR="00ED478F" w:rsidRPr="00B7592B" w:rsidRDefault="00ED478F" w:rsidP="00CB3C28">
      <w:pPr>
        <w:spacing w:after="0"/>
        <w:rPr>
          <w:b/>
          <w:color w:val="000000" w:themeColor="text1"/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73"/>
        <w:gridCol w:w="5025"/>
      </w:tblGrid>
      <w:tr w:rsidR="00ED478F" w:rsidRPr="00B7592B" w:rsidTr="00015721">
        <w:tc>
          <w:tcPr>
            <w:tcW w:w="3273" w:type="dxa"/>
          </w:tcPr>
          <w:p w:rsidR="00ED478F" w:rsidRPr="00B7592B" w:rsidRDefault="00ED478F" w:rsidP="004036C7">
            <w:pPr>
              <w:pStyle w:val="ListParagraph"/>
              <w:numPr>
                <w:ilvl w:val="0"/>
                <w:numId w:val="11"/>
              </w:numPr>
              <w:spacing w:before="80" w:after="120"/>
              <w:ind w:left="360"/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Whether Citizen of Sri Lanka</w:t>
            </w:r>
          </w:p>
        </w:tc>
        <w:tc>
          <w:tcPr>
            <w:tcW w:w="5025" w:type="dxa"/>
          </w:tcPr>
          <w:p w:rsidR="00ED478F" w:rsidRPr="00B7592B" w:rsidRDefault="00ED478F" w:rsidP="00015721">
            <w:pPr>
              <w:spacing w:before="80" w:after="120"/>
              <w:rPr>
                <w:b/>
                <w:color w:val="000000" w:themeColor="text1"/>
              </w:rPr>
            </w:pPr>
          </w:p>
        </w:tc>
      </w:tr>
    </w:tbl>
    <w:p w:rsidR="00877D15" w:rsidRPr="00B7592B" w:rsidRDefault="00877D15" w:rsidP="00877D15">
      <w:pPr>
        <w:pStyle w:val="ListParagraph"/>
        <w:spacing w:before="80" w:after="120" w:line="240" w:lineRule="auto"/>
        <w:ind w:left="360"/>
        <w:rPr>
          <w:b/>
          <w:color w:val="000000" w:themeColor="text1"/>
        </w:rPr>
      </w:pPr>
    </w:p>
    <w:p w:rsidR="00BF3F76" w:rsidRPr="00B7592B" w:rsidRDefault="00BF3F76" w:rsidP="00877D15">
      <w:pPr>
        <w:pStyle w:val="ListParagraph"/>
        <w:numPr>
          <w:ilvl w:val="0"/>
          <w:numId w:val="11"/>
        </w:numPr>
        <w:spacing w:before="80" w:after="120" w:line="240" w:lineRule="auto"/>
        <w:ind w:left="360"/>
        <w:rPr>
          <w:b/>
          <w:color w:val="000000" w:themeColor="text1"/>
        </w:rPr>
      </w:pPr>
      <w:r w:rsidRPr="00B7592B">
        <w:rPr>
          <w:b/>
          <w:color w:val="000000" w:themeColor="text1"/>
        </w:rPr>
        <w:t>Qualifications</w:t>
      </w:r>
    </w:p>
    <w:p w:rsidR="00CB3C28" w:rsidRPr="00B7592B" w:rsidRDefault="00CB3C28" w:rsidP="004036C7">
      <w:pPr>
        <w:pStyle w:val="ListParagraph"/>
        <w:numPr>
          <w:ilvl w:val="0"/>
          <w:numId w:val="12"/>
        </w:numPr>
        <w:spacing w:before="80" w:after="120"/>
        <w:rPr>
          <w:b/>
          <w:color w:val="000000" w:themeColor="text1"/>
          <w:u w:val="single"/>
        </w:rPr>
      </w:pPr>
      <w:r w:rsidRPr="00B7592B">
        <w:rPr>
          <w:b/>
          <w:color w:val="000000" w:themeColor="text1"/>
          <w:u w:val="single"/>
        </w:rPr>
        <w:t>Academic Qualification</w:t>
      </w:r>
    </w:p>
    <w:p w:rsidR="00CB3C28" w:rsidRPr="00B7592B" w:rsidRDefault="00CB3C28" w:rsidP="00CB3C28">
      <w:pPr>
        <w:spacing w:before="80" w:after="0"/>
        <w:rPr>
          <w:b/>
          <w:color w:val="000000" w:themeColor="text1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2714"/>
        <w:gridCol w:w="2686"/>
        <w:gridCol w:w="1320"/>
        <w:gridCol w:w="1260"/>
        <w:gridCol w:w="1260"/>
      </w:tblGrid>
      <w:tr w:rsidR="00B7592B" w:rsidRPr="00B7592B" w:rsidTr="004036C7">
        <w:tc>
          <w:tcPr>
            <w:tcW w:w="3272" w:type="dxa"/>
            <w:gridSpan w:val="2"/>
            <w:vMerge w:val="restart"/>
            <w:vAlign w:val="center"/>
          </w:tcPr>
          <w:p w:rsidR="004036C7" w:rsidRPr="00B7592B" w:rsidRDefault="004036C7" w:rsidP="00CB3C28">
            <w:pPr>
              <w:jc w:val="center"/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Institution</w:t>
            </w:r>
          </w:p>
        </w:tc>
        <w:tc>
          <w:tcPr>
            <w:tcW w:w="2686" w:type="dxa"/>
            <w:vMerge w:val="restart"/>
            <w:vAlign w:val="center"/>
          </w:tcPr>
          <w:p w:rsidR="004036C7" w:rsidRPr="00B7592B" w:rsidRDefault="004036C7" w:rsidP="00CB3C28">
            <w:pPr>
              <w:jc w:val="center"/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Qualification</w:t>
            </w:r>
          </w:p>
        </w:tc>
        <w:tc>
          <w:tcPr>
            <w:tcW w:w="1320" w:type="dxa"/>
            <w:vMerge w:val="restart"/>
            <w:vAlign w:val="center"/>
          </w:tcPr>
          <w:p w:rsidR="004036C7" w:rsidRPr="00B7592B" w:rsidRDefault="004036C7" w:rsidP="00CB3C28">
            <w:pPr>
              <w:jc w:val="center"/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Date of Effective</w:t>
            </w:r>
          </w:p>
        </w:tc>
        <w:tc>
          <w:tcPr>
            <w:tcW w:w="2520" w:type="dxa"/>
            <w:gridSpan w:val="2"/>
            <w:vAlign w:val="center"/>
          </w:tcPr>
          <w:p w:rsidR="004036C7" w:rsidRPr="00B7592B" w:rsidRDefault="004036C7" w:rsidP="00CB3C28">
            <w:pPr>
              <w:jc w:val="center"/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Duration</w:t>
            </w:r>
          </w:p>
        </w:tc>
      </w:tr>
      <w:tr w:rsidR="00B7592B" w:rsidRPr="00B7592B" w:rsidTr="004036C7">
        <w:tc>
          <w:tcPr>
            <w:tcW w:w="3272" w:type="dxa"/>
            <w:gridSpan w:val="2"/>
            <w:vMerge/>
            <w:vAlign w:val="center"/>
          </w:tcPr>
          <w:p w:rsidR="004036C7" w:rsidRPr="00B7592B" w:rsidRDefault="004036C7" w:rsidP="00CB3C28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686" w:type="dxa"/>
            <w:vMerge/>
            <w:vAlign w:val="center"/>
          </w:tcPr>
          <w:p w:rsidR="004036C7" w:rsidRPr="00B7592B" w:rsidRDefault="004036C7" w:rsidP="00CB3C28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320" w:type="dxa"/>
            <w:vMerge/>
            <w:vAlign w:val="center"/>
          </w:tcPr>
          <w:p w:rsidR="004036C7" w:rsidRPr="00B7592B" w:rsidRDefault="004036C7" w:rsidP="00CB3C28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60" w:type="dxa"/>
            <w:vAlign w:val="center"/>
          </w:tcPr>
          <w:p w:rsidR="004036C7" w:rsidRPr="00B7592B" w:rsidRDefault="004036C7" w:rsidP="00CB3C28">
            <w:pPr>
              <w:jc w:val="center"/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From Date</w:t>
            </w:r>
          </w:p>
        </w:tc>
        <w:tc>
          <w:tcPr>
            <w:tcW w:w="1260" w:type="dxa"/>
            <w:vAlign w:val="center"/>
          </w:tcPr>
          <w:p w:rsidR="004036C7" w:rsidRPr="00B7592B" w:rsidRDefault="004036C7" w:rsidP="00CB3C28">
            <w:pPr>
              <w:jc w:val="center"/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To Date</w:t>
            </w:r>
          </w:p>
        </w:tc>
      </w:tr>
      <w:tr w:rsidR="00B7592B" w:rsidRPr="00B7592B" w:rsidTr="00BF3F76">
        <w:tc>
          <w:tcPr>
            <w:tcW w:w="558" w:type="dxa"/>
          </w:tcPr>
          <w:p w:rsidR="00BF3F76" w:rsidRPr="00B7592B" w:rsidRDefault="00BF3F76">
            <w:pPr>
              <w:spacing w:before="80" w:after="120"/>
              <w:rPr>
                <w:b/>
                <w:color w:val="000000" w:themeColor="text1"/>
              </w:rPr>
            </w:pPr>
          </w:p>
        </w:tc>
        <w:tc>
          <w:tcPr>
            <w:tcW w:w="2714" w:type="dxa"/>
          </w:tcPr>
          <w:p w:rsidR="00BF3F76" w:rsidRPr="00B7592B" w:rsidRDefault="00BF3F76">
            <w:pPr>
              <w:spacing w:before="80" w:after="120"/>
              <w:rPr>
                <w:b/>
                <w:color w:val="000000" w:themeColor="text1"/>
              </w:rPr>
            </w:pPr>
          </w:p>
        </w:tc>
        <w:tc>
          <w:tcPr>
            <w:tcW w:w="2686" w:type="dxa"/>
          </w:tcPr>
          <w:p w:rsidR="00BF3F76" w:rsidRPr="00B7592B" w:rsidRDefault="00BF3F76">
            <w:pPr>
              <w:spacing w:before="80" w:after="120"/>
              <w:rPr>
                <w:b/>
                <w:color w:val="000000" w:themeColor="text1"/>
              </w:rPr>
            </w:pPr>
          </w:p>
        </w:tc>
        <w:tc>
          <w:tcPr>
            <w:tcW w:w="1320" w:type="dxa"/>
          </w:tcPr>
          <w:p w:rsidR="00BF3F76" w:rsidRPr="00B7592B" w:rsidRDefault="00BF3F76">
            <w:pPr>
              <w:spacing w:before="80" w:after="120"/>
              <w:rPr>
                <w:b/>
                <w:color w:val="000000" w:themeColor="text1"/>
              </w:rPr>
            </w:pPr>
          </w:p>
        </w:tc>
        <w:tc>
          <w:tcPr>
            <w:tcW w:w="1260" w:type="dxa"/>
          </w:tcPr>
          <w:p w:rsidR="00BF3F76" w:rsidRPr="00B7592B" w:rsidRDefault="00BF3F76">
            <w:pPr>
              <w:spacing w:before="80" w:after="120"/>
              <w:rPr>
                <w:b/>
                <w:color w:val="000000" w:themeColor="text1"/>
              </w:rPr>
            </w:pPr>
          </w:p>
        </w:tc>
        <w:tc>
          <w:tcPr>
            <w:tcW w:w="1260" w:type="dxa"/>
          </w:tcPr>
          <w:p w:rsidR="00BF3F76" w:rsidRPr="00B7592B" w:rsidRDefault="00BF3F76">
            <w:pPr>
              <w:spacing w:before="80" w:after="120"/>
              <w:rPr>
                <w:b/>
                <w:color w:val="000000" w:themeColor="text1"/>
              </w:rPr>
            </w:pPr>
          </w:p>
        </w:tc>
      </w:tr>
      <w:tr w:rsidR="00B7592B" w:rsidRPr="00B7592B" w:rsidTr="00BF3F76">
        <w:tc>
          <w:tcPr>
            <w:tcW w:w="558" w:type="dxa"/>
          </w:tcPr>
          <w:p w:rsidR="00BF3F76" w:rsidRPr="00B7592B" w:rsidRDefault="00BF3F76">
            <w:pPr>
              <w:spacing w:before="80" w:after="120"/>
              <w:rPr>
                <w:b/>
                <w:color w:val="000000" w:themeColor="text1"/>
              </w:rPr>
            </w:pPr>
          </w:p>
        </w:tc>
        <w:tc>
          <w:tcPr>
            <w:tcW w:w="2714" w:type="dxa"/>
          </w:tcPr>
          <w:p w:rsidR="00BF3F76" w:rsidRPr="00B7592B" w:rsidRDefault="00BF3F76">
            <w:pPr>
              <w:spacing w:before="80" w:after="120"/>
              <w:rPr>
                <w:b/>
                <w:color w:val="000000" w:themeColor="text1"/>
              </w:rPr>
            </w:pPr>
          </w:p>
        </w:tc>
        <w:tc>
          <w:tcPr>
            <w:tcW w:w="2686" w:type="dxa"/>
          </w:tcPr>
          <w:p w:rsidR="00BF3F76" w:rsidRPr="00B7592B" w:rsidRDefault="00BF3F76">
            <w:pPr>
              <w:spacing w:before="80" w:after="120"/>
              <w:rPr>
                <w:b/>
                <w:color w:val="000000" w:themeColor="text1"/>
              </w:rPr>
            </w:pPr>
          </w:p>
        </w:tc>
        <w:tc>
          <w:tcPr>
            <w:tcW w:w="1320" w:type="dxa"/>
          </w:tcPr>
          <w:p w:rsidR="00BF3F76" w:rsidRPr="00B7592B" w:rsidRDefault="00BF3F76">
            <w:pPr>
              <w:spacing w:before="80" w:after="120"/>
              <w:rPr>
                <w:b/>
                <w:color w:val="000000" w:themeColor="text1"/>
              </w:rPr>
            </w:pPr>
          </w:p>
        </w:tc>
        <w:tc>
          <w:tcPr>
            <w:tcW w:w="1260" w:type="dxa"/>
          </w:tcPr>
          <w:p w:rsidR="00BF3F76" w:rsidRPr="00B7592B" w:rsidRDefault="00BF3F76">
            <w:pPr>
              <w:spacing w:before="80" w:after="120"/>
              <w:rPr>
                <w:b/>
                <w:color w:val="000000" w:themeColor="text1"/>
              </w:rPr>
            </w:pPr>
          </w:p>
        </w:tc>
        <w:tc>
          <w:tcPr>
            <w:tcW w:w="1260" w:type="dxa"/>
          </w:tcPr>
          <w:p w:rsidR="00BF3F76" w:rsidRPr="00B7592B" w:rsidRDefault="00BF3F76">
            <w:pPr>
              <w:spacing w:before="80" w:after="120"/>
              <w:rPr>
                <w:b/>
                <w:color w:val="000000" w:themeColor="text1"/>
              </w:rPr>
            </w:pPr>
          </w:p>
        </w:tc>
      </w:tr>
      <w:tr w:rsidR="00B7592B" w:rsidRPr="00B7592B" w:rsidTr="00BF3F76">
        <w:tc>
          <w:tcPr>
            <w:tcW w:w="558" w:type="dxa"/>
          </w:tcPr>
          <w:p w:rsidR="00BF3F76" w:rsidRPr="00B7592B" w:rsidRDefault="00BF3F76">
            <w:pPr>
              <w:spacing w:before="80" w:after="120"/>
              <w:rPr>
                <w:b/>
                <w:color w:val="000000" w:themeColor="text1"/>
              </w:rPr>
            </w:pPr>
          </w:p>
        </w:tc>
        <w:tc>
          <w:tcPr>
            <w:tcW w:w="2714" w:type="dxa"/>
          </w:tcPr>
          <w:p w:rsidR="00BF3F76" w:rsidRPr="00B7592B" w:rsidRDefault="00BF3F76">
            <w:pPr>
              <w:spacing w:before="80" w:after="120"/>
              <w:rPr>
                <w:b/>
                <w:color w:val="000000" w:themeColor="text1"/>
              </w:rPr>
            </w:pPr>
          </w:p>
        </w:tc>
        <w:tc>
          <w:tcPr>
            <w:tcW w:w="2686" w:type="dxa"/>
          </w:tcPr>
          <w:p w:rsidR="00BF3F76" w:rsidRPr="00B7592B" w:rsidRDefault="00BF3F76">
            <w:pPr>
              <w:spacing w:before="80" w:after="120"/>
              <w:rPr>
                <w:b/>
                <w:color w:val="000000" w:themeColor="text1"/>
              </w:rPr>
            </w:pPr>
          </w:p>
        </w:tc>
        <w:tc>
          <w:tcPr>
            <w:tcW w:w="1320" w:type="dxa"/>
          </w:tcPr>
          <w:p w:rsidR="00BF3F76" w:rsidRPr="00B7592B" w:rsidRDefault="00BF3F76">
            <w:pPr>
              <w:spacing w:before="80" w:after="120"/>
              <w:rPr>
                <w:b/>
                <w:color w:val="000000" w:themeColor="text1"/>
              </w:rPr>
            </w:pPr>
          </w:p>
        </w:tc>
        <w:tc>
          <w:tcPr>
            <w:tcW w:w="1260" w:type="dxa"/>
          </w:tcPr>
          <w:p w:rsidR="00BF3F76" w:rsidRPr="00B7592B" w:rsidRDefault="00BF3F76">
            <w:pPr>
              <w:spacing w:before="80" w:after="120"/>
              <w:rPr>
                <w:b/>
                <w:color w:val="000000" w:themeColor="text1"/>
              </w:rPr>
            </w:pPr>
          </w:p>
        </w:tc>
        <w:tc>
          <w:tcPr>
            <w:tcW w:w="1260" w:type="dxa"/>
          </w:tcPr>
          <w:p w:rsidR="00BF3F76" w:rsidRPr="00B7592B" w:rsidRDefault="00BF3F76">
            <w:pPr>
              <w:spacing w:before="80" w:after="120"/>
              <w:rPr>
                <w:b/>
                <w:color w:val="000000" w:themeColor="text1"/>
              </w:rPr>
            </w:pPr>
          </w:p>
        </w:tc>
      </w:tr>
      <w:tr w:rsidR="00B7592B" w:rsidRPr="00B7592B" w:rsidTr="00BF3F76">
        <w:tc>
          <w:tcPr>
            <w:tcW w:w="558" w:type="dxa"/>
          </w:tcPr>
          <w:p w:rsidR="00BF3F76" w:rsidRPr="00B7592B" w:rsidRDefault="00BF3F76">
            <w:pPr>
              <w:spacing w:before="80" w:after="120"/>
              <w:rPr>
                <w:b/>
                <w:color w:val="000000" w:themeColor="text1"/>
              </w:rPr>
            </w:pPr>
          </w:p>
        </w:tc>
        <w:tc>
          <w:tcPr>
            <w:tcW w:w="2714" w:type="dxa"/>
          </w:tcPr>
          <w:p w:rsidR="00BF3F76" w:rsidRPr="00B7592B" w:rsidRDefault="00BF3F76">
            <w:pPr>
              <w:spacing w:before="80" w:after="120"/>
              <w:rPr>
                <w:b/>
                <w:color w:val="000000" w:themeColor="text1"/>
              </w:rPr>
            </w:pPr>
          </w:p>
        </w:tc>
        <w:tc>
          <w:tcPr>
            <w:tcW w:w="2686" w:type="dxa"/>
          </w:tcPr>
          <w:p w:rsidR="00BF3F76" w:rsidRPr="00B7592B" w:rsidRDefault="00BF3F76">
            <w:pPr>
              <w:spacing w:before="80" w:after="120"/>
              <w:rPr>
                <w:b/>
                <w:color w:val="000000" w:themeColor="text1"/>
              </w:rPr>
            </w:pPr>
          </w:p>
        </w:tc>
        <w:tc>
          <w:tcPr>
            <w:tcW w:w="1320" w:type="dxa"/>
          </w:tcPr>
          <w:p w:rsidR="00BF3F76" w:rsidRPr="00B7592B" w:rsidRDefault="00BF3F76">
            <w:pPr>
              <w:spacing w:before="80" w:after="120"/>
              <w:rPr>
                <w:b/>
                <w:color w:val="000000" w:themeColor="text1"/>
              </w:rPr>
            </w:pPr>
          </w:p>
        </w:tc>
        <w:tc>
          <w:tcPr>
            <w:tcW w:w="1260" w:type="dxa"/>
          </w:tcPr>
          <w:p w:rsidR="00BF3F76" w:rsidRPr="00B7592B" w:rsidRDefault="00BF3F76">
            <w:pPr>
              <w:spacing w:before="80" w:after="120"/>
              <w:rPr>
                <w:b/>
                <w:color w:val="000000" w:themeColor="text1"/>
              </w:rPr>
            </w:pPr>
          </w:p>
        </w:tc>
        <w:tc>
          <w:tcPr>
            <w:tcW w:w="1260" w:type="dxa"/>
          </w:tcPr>
          <w:p w:rsidR="00BF3F76" w:rsidRPr="00B7592B" w:rsidRDefault="00BF3F76">
            <w:pPr>
              <w:spacing w:before="80" w:after="120"/>
              <w:rPr>
                <w:b/>
                <w:color w:val="000000" w:themeColor="text1"/>
              </w:rPr>
            </w:pPr>
          </w:p>
        </w:tc>
      </w:tr>
      <w:tr w:rsidR="00B7592B" w:rsidRPr="00B7592B" w:rsidTr="00BF3F76">
        <w:tc>
          <w:tcPr>
            <w:tcW w:w="558" w:type="dxa"/>
          </w:tcPr>
          <w:p w:rsidR="00BF3F76" w:rsidRPr="00B7592B" w:rsidRDefault="00BF3F76">
            <w:pPr>
              <w:spacing w:before="80" w:after="120"/>
              <w:rPr>
                <w:b/>
                <w:color w:val="000000" w:themeColor="text1"/>
              </w:rPr>
            </w:pPr>
          </w:p>
        </w:tc>
        <w:tc>
          <w:tcPr>
            <w:tcW w:w="2714" w:type="dxa"/>
          </w:tcPr>
          <w:p w:rsidR="00BF3F76" w:rsidRPr="00B7592B" w:rsidRDefault="00BF3F76">
            <w:pPr>
              <w:spacing w:before="80" w:after="120"/>
              <w:rPr>
                <w:b/>
                <w:color w:val="000000" w:themeColor="text1"/>
              </w:rPr>
            </w:pPr>
          </w:p>
        </w:tc>
        <w:tc>
          <w:tcPr>
            <w:tcW w:w="2686" w:type="dxa"/>
          </w:tcPr>
          <w:p w:rsidR="00BF3F76" w:rsidRPr="00B7592B" w:rsidRDefault="00BF3F76">
            <w:pPr>
              <w:spacing w:before="80" w:after="120"/>
              <w:rPr>
                <w:b/>
                <w:color w:val="000000" w:themeColor="text1"/>
              </w:rPr>
            </w:pPr>
          </w:p>
        </w:tc>
        <w:tc>
          <w:tcPr>
            <w:tcW w:w="1320" w:type="dxa"/>
          </w:tcPr>
          <w:p w:rsidR="00BF3F76" w:rsidRPr="00B7592B" w:rsidRDefault="00BF3F76">
            <w:pPr>
              <w:spacing w:before="80" w:after="120"/>
              <w:rPr>
                <w:b/>
                <w:color w:val="000000" w:themeColor="text1"/>
              </w:rPr>
            </w:pPr>
          </w:p>
        </w:tc>
        <w:tc>
          <w:tcPr>
            <w:tcW w:w="1260" w:type="dxa"/>
          </w:tcPr>
          <w:p w:rsidR="00BF3F76" w:rsidRPr="00B7592B" w:rsidRDefault="00BF3F76">
            <w:pPr>
              <w:spacing w:before="80" w:after="120"/>
              <w:rPr>
                <w:b/>
                <w:color w:val="000000" w:themeColor="text1"/>
              </w:rPr>
            </w:pPr>
          </w:p>
        </w:tc>
        <w:tc>
          <w:tcPr>
            <w:tcW w:w="1260" w:type="dxa"/>
          </w:tcPr>
          <w:p w:rsidR="00BF3F76" w:rsidRPr="00B7592B" w:rsidRDefault="00BF3F76">
            <w:pPr>
              <w:spacing w:before="80" w:after="120"/>
              <w:rPr>
                <w:b/>
                <w:color w:val="000000" w:themeColor="text1"/>
              </w:rPr>
            </w:pPr>
          </w:p>
        </w:tc>
      </w:tr>
      <w:tr w:rsidR="00B7592B" w:rsidRPr="00B7592B" w:rsidTr="00BF3F76">
        <w:tc>
          <w:tcPr>
            <w:tcW w:w="558" w:type="dxa"/>
          </w:tcPr>
          <w:p w:rsidR="00BF3F76" w:rsidRPr="00B7592B" w:rsidRDefault="00BF3F76">
            <w:pPr>
              <w:spacing w:before="80" w:after="120"/>
              <w:rPr>
                <w:b/>
                <w:color w:val="000000" w:themeColor="text1"/>
              </w:rPr>
            </w:pPr>
          </w:p>
        </w:tc>
        <w:tc>
          <w:tcPr>
            <w:tcW w:w="2714" w:type="dxa"/>
          </w:tcPr>
          <w:p w:rsidR="00BF3F76" w:rsidRPr="00B7592B" w:rsidRDefault="00BF3F76">
            <w:pPr>
              <w:spacing w:before="80" w:after="120"/>
              <w:rPr>
                <w:b/>
                <w:color w:val="000000" w:themeColor="text1"/>
              </w:rPr>
            </w:pPr>
          </w:p>
        </w:tc>
        <w:tc>
          <w:tcPr>
            <w:tcW w:w="2686" w:type="dxa"/>
          </w:tcPr>
          <w:p w:rsidR="00BF3F76" w:rsidRPr="00B7592B" w:rsidRDefault="00BF3F76">
            <w:pPr>
              <w:spacing w:before="80" w:after="120"/>
              <w:rPr>
                <w:b/>
                <w:color w:val="000000" w:themeColor="text1"/>
              </w:rPr>
            </w:pPr>
          </w:p>
        </w:tc>
        <w:tc>
          <w:tcPr>
            <w:tcW w:w="1320" w:type="dxa"/>
          </w:tcPr>
          <w:p w:rsidR="00BF3F76" w:rsidRPr="00B7592B" w:rsidRDefault="00BF3F76">
            <w:pPr>
              <w:spacing w:before="80" w:after="120"/>
              <w:rPr>
                <w:b/>
                <w:color w:val="000000" w:themeColor="text1"/>
              </w:rPr>
            </w:pPr>
          </w:p>
        </w:tc>
        <w:tc>
          <w:tcPr>
            <w:tcW w:w="1260" w:type="dxa"/>
          </w:tcPr>
          <w:p w:rsidR="00BF3F76" w:rsidRPr="00B7592B" w:rsidRDefault="00BF3F76">
            <w:pPr>
              <w:spacing w:before="80" w:after="120"/>
              <w:rPr>
                <w:b/>
                <w:color w:val="000000" w:themeColor="text1"/>
              </w:rPr>
            </w:pPr>
          </w:p>
        </w:tc>
        <w:tc>
          <w:tcPr>
            <w:tcW w:w="1260" w:type="dxa"/>
          </w:tcPr>
          <w:p w:rsidR="00BF3F76" w:rsidRPr="00B7592B" w:rsidRDefault="00BF3F76">
            <w:pPr>
              <w:spacing w:before="80" w:after="120"/>
              <w:rPr>
                <w:b/>
                <w:color w:val="000000" w:themeColor="text1"/>
              </w:rPr>
            </w:pPr>
          </w:p>
        </w:tc>
      </w:tr>
      <w:tr w:rsidR="00B7592B" w:rsidRPr="00B7592B" w:rsidTr="00BF3F76">
        <w:tc>
          <w:tcPr>
            <w:tcW w:w="558" w:type="dxa"/>
          </w:tcPr>
          <w:p w:rsidR="00BF3F76" w:rsidRPr="00B7592B" w:rsidRDefault="00BF3F76">
            <w:pPr>
              <w:spacing w:before="80" w:after="120"/>
              <w:rPr>
                <w:b/>
                <w:color w:val="000000" w:themeColor="text1"/>
              </w:rPr>
            </w:pPr>
          </w:p>
        </w:tc>
        <w:tc>
          <w:tcPr>
            <w:tcW w:w="2714" w:type="dxa"/>
          </w:tcPr>
          <w:p w:rsidR="00BF3F76" w:rsidRPr="00B7592B" w:rsidRDefault="00BF3F76">
            <w:pPr>
              <w:spacing w:before="80" w:after="120"/>
              <w:rPr>
                <w:b/>
                <w:color w:val="000000" w:themeColor="text1"/>
              </w:rPr>
            </w:pPr>
          </w:p>
        </w:tc>
        <w:tc>
          <w:tcPr>
            <w:tcW w:w="2686" w:type="dxa"/>
          </w:tcPr>
          <w:p w:rsidR="00BF3F76" w:rsidRPr="00B7592B" w:rsidRDefault="00BF3F76">
            <w:pPr>
              <w:spacing w:before="80" w:after="120"/>
              <w:rPr>
                <w:b/>
                <w:color w:val="000000" w:themeColor="text1"/>
              </w:rPr>
            </w:pPr>
          </w:p>
        </w:tc>
        <w:tc>
          <w:tcPr>
            <w:tcW w:w="1320" w:type="dxa"/>
          </w:tcPr>
          <w:p w:rsidR="00BF3F76" w:rsidRPr="00B7592B" w:rsidRDefault="00BF3F76">
            <w:pPr>
              <w:spacing w:before="80" w:after="120"/>
              <w:rPr>
                <w:b/>
                <w:color w:val="000000" w:themeColor="text1"/>
              </w:rPr>
            </w:pPr>
          </w:p>
        </w:tc>
        <w:tc>
          <w:tcPr>
            <w:tcW w:w="1260" w:type="dxa"/>
          </w:tcPr>
          <w:p w:rsidR="00BF3F76" w:rsidRPr="00B7592B" w:rsidRDefault="00BF3F76">
            <w:pPr>
              <w:spacing w:before="80" w:after="120"/>
              <w:rPr>
                <w:b/>
                <w:color w:val="000000" w:themeColor="text1"/>
              </w:rPr>
            </w:pPr>
          </w:p>
        </w:tc>
        <w:tc>
          <w:tcPr>
            <w:tcW w:w="1260" w:type="dxa"/>
          </w:tcPr>
          <w:p w:rsidR="00BF3F76" w:rsidRPr="00B7592B" w:rsidRDefault="00BF3F76">
            <w:pPr>
              <w:spacing w:before="80" w:after="120"/>
              <w:rPr>
                <w:b/>
                <w:color w:val="000000" w:themeColor="text1"/>
              </w:rPr>
            </w:pPr>
          </w:p>
        </w:tc>
      </w:tr>
      <w:tr w:rsidR="00BF3F76" w:rsidRPr="00B7592B" w:rsidTr="00BF3F76">
        <w:tc>
          <w:tcPr>
            <w:tcW w:w="558" w:type="dxa"/>
          </w:tcPr>
          <w:p w:rsidR="00BF3F76" w:rsidRPr="00B7592B" w:rsidRDefault="00BF3F76">
            <w:pPr>
              <w:spacing w:before="80" w:after="120"/>
              <w:rPr>
                <w:b/>
                <w:color w:val="000000" w:themeColor="text1"/>
              </w:rPr>
            </w:pPr>
          </w:p>
        </w:tc>
        <w:tc>
          <w:tcPr>
            <w:tcW w:w="2714" w:type="dxa"/>
          </w:tcPr>
          <w:p w:rsidR="00BF3F76" w:rsidRPr="00B7592B" w:rsidRDefault="00BF3F76">
            <w:pPr>
              <w:spacing w:before="80" w:after="120"/>
              <w:rPr>
                <w:b/>
                <w:color w:val="000000" w:themeColor="text1"/>
              </w:rPr>
            </w:pPr>
          </w:p>
        </w:tc>
        <w:tc>
          <w:tcPr>
            <w:tcW w:w="2686" w:type="dxa"/>
          </w:tcPr>
          <w:p w:rsidR="00BF3F76" w:rsidRPr="00B7592B" w:rsidRDefault="00BF3F76">
            <w:pPr>
              <w:spacing w:before="80" w:after="120"/>
              <w:rPr>
                <w:b/>
                <w:color w:val="000000" w:themeColor="text1"/>
              </w:rPr>
            </w:pPr>
          </w:p>
        </w:tc>
        <w:tc>
          <w:tcPr>
            <w:tcW w:w="1320" w:type="dxa"/>
          </w:tcPr>
          <w:p w:rsidR="00BF3F76" w:rsidRPr="00B7592B" w:rsidRDefault="00BF3F76">
            <w:pPr>
              <w:spacing w:before="80" w:after="120"/>
              <w:rPr>
                <w:b/>
                <w:color w:val="000000" w:themeColor="text1"/>
              </w:rPr>
            </w:pPr>
          </w:p>
        </w:tc>
        <w:tc>
          <w:tcPr>
            <w:tcW w:w="1260" w:type="dxa"/>
          </w:tcPr>
          <w:p w:rsidR="00BF3F76" w:rsidRPr="00B7592B" w:rsidRDefault="00BF3F76">
            <w:pPr>
              <w:spacing w:before="80" w:after="120"/>
              <w:rPr>
                <w:b/>
                <w:color w:val="000000" w:themeColor="text1"/>
              </w:rPr>
            </w:pPr>
          </w:p>
        </w:tc>
        <w:tc>
          <w:tcPr>
            <w:tcW w:w="1260" w:type="dxa"/>
          </w:tcPr>
          <w:p w:rsidR="00BF3F76" w:rsidRPr="00B7592B" w:rsidRDefault="00BF3F76">
            <w:pPr>
              <w:spacing w:before="80" w:after="120"/>
              <w:rPr>
                <w:b/>
                <w:color w:val="000000" w:themeColor="text1"/>
              </w:rPr>
            </w:pPr>
          </w:p>
        </w:tc>
      </w:tr>
    </w:tbl>
    <w:p w:rsidR="00877D15" w:rsidRPr="00B7592B" w:rsidRDefault="00877D15">
      <w:pPr>
        <w:spacing w:before="80" w:after="80"/>
        <w:rPr>
          <w:b/>
          <w:color w:val="000000" w:themeColor="text1"/>
        </w:rPr>
      </w:pPr>
    </w:p>
    <w:p w:rsidR="00877D15" w:rsidRPr="00B7592B" w:rsidRDefault="00877D15">
      <w:pPr>
        <w:spacing w:before="80" w:after="80"/>
        <w:rPr>
          <w:b/>
          <w:color w:val="000000" w:themeColor="text1"/>
        </w:rPr>
      </w:pPr>
    </w:p>
    <w:p w:rsidR="00877D15" w:rsidRPr="00B7592B" w:rsidRDefault="00877D15">
      <w:pPr>
        <w:spacing w:before="80" w:after="80"/>
        <w:rPr>
          <w:b/>
          <w:color w:val="000000" w:themeColor="text1"/>
        </w:rPr>
      </w:pPr>
    </w:p>
    <w:p w:rsidR="008543A9" w:rsidRPr="00B7592B" w:rsidRDefault="007B2D7E" w:rsidP="00877D15">
      <w:pPr>
        <w:pStyle w:val="ListParagraph"/>
        <w:numPr>
          <w:ilvl w:val="0"/>
          <w:numId w:val="12"/>
        </w:numPr>
        <w:spacing w:before="80" w:after="120"/>
        <w:rPr>
          <w:color w:val="000000" w:themeColor="text1"/>
        </w:rPr>
      </w:pPr>
      <w:r w:rsidRPr="00B7592B">
        <w:rPr>
          <w:b/>
          <w:color w:val="000000" w:themeColor="text1"/>
        </w:rPr>
        <w:lastRenderedPageBreak/>
        <w:t>Memberships of Professional Bodies</w:t>
      </w:r>
    </w:p>
    <w:tbl>
      <w:tblPr>
        <w:tblW w:w="0" w:type="auto"/>
        <w:jc w:val="center"/>
        <w:tblInd w:w="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640"/>
        <w:gridCol w:w="2790"/>
        <w:gridCol w:w="2743"/>
        <w:gridCol w:w="1928"/>
        <w:gridCol w:w="1702"/>
      </w:tblGrid>
      <w:tr w:rsidR="00B7592B" w:rsidRPr="00B7592B" w:rsidTr="003F5D4A">
        <w:trPr>
          <w:trHeight w:val="608"/>
          <w:jc w:val="center"/>
        </w:trPr>
        <w:tc>
          <w:tcPr>
            <w:tcW w:w="3430" w:type="dxa"/>
            <w:gridSpan w:val="2"/>
          </w:tcPr>
          <w:p w:rsidR="00AB074F" w:rsidRPr="00B7592B" w:rsidRDefault="00AB074F" w:rsidP="003F5D4A">
            <w:pPr>
              <w:spacing w:after="0"/>
              <w:jc w:val="center"/>
              <w:rPr>
                <w:color w:val="000000" w:themeColor="text1"/>
                <w:szCs w:val="24"/>
              </w:rPr>
            </w:pPr>
            <w:r w:rsidRPr="00B7592B">
              <w:rPr>
                <w:b/>
                <w:color w:val="000000" w:themeColor="text1"/>
                <w:szCs w:val="24"/>
              </w:rPr>
              <w:t>Institution</w:t>
            </w:r>
          </w:p>
        </w:tc>
        <w:tc>
          <w:tcPr>
            <w:tcW w:w="2743" w:type="dxa"/>
            <w:shd w:val="clear" w:color="auto" w:fill="auto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AB074F" w:rsidRPr="00B7592B" w:rsidRDefault="00AB074F" w:rsidP="003F5D4A">
            <w:pPr>
              <w:spacing w:after="0"/>
              <w:jc w:val="center"/>
              <w:rPr>
                <w:color w:val="000000" w:themeColor="text1"/>
                <w:szCs w:val="24"/>
              </w:rPr>
            </w:pPr>
            <w:r w:rsidRPr="00B7592B">
              <w:rPr>
                <w:b/>
                <w:color w:val="000000" w:themeColor="text1"/>
                <w:szCs w:val="24"/>
              </w:rPr>
              <w:t>Type of membership</w:t>
            </w:r>
          </w:p>
        </w:tc>
        <w:tc>
          <w:tcPr>
            <w:tcW w:w="1928" w:type="dxa"/>
            <w:shd w:val="clear" w:color="auto" w:fill="auto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AB074F" w:rsidRPr="00B7592B" w:rsidRDefault="00AB074F" w:rsidP="003F5D4A">
            <w:pPr>
              <w:spacing w:after="0"/>
              <w:jc w:val="center"/>
              <w:rPr>
                <w:color w:val="000000" w:themeColor="text1"/>
                <w:szCs w:val="24"/>
              </w:rPr>
            </w:pPr>
            <w:r w:rsidRPr="00B7592B">
              <w:rPr>
                <w:b/>
                <w:color w:val="000000" w:themeColor="text1"/>
                <w:szCs w:val="24"/>
              </w:rPr>
              <w:t>Corporate / Non Corporate</w:t>
            </w:r>
          </w:p>
        </w:tc>
        <w:tc>
          <w:tcPr>
            <w:tcW w:w="1702" w:type="dxa"/>
            <w:shd w:val="clear" w:color="auto" w:fill="auto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AB074F" w:rsidRPr="00B7592B" w:rsidRDefault="00AB074F" w:rsidP="003F5D4A">
            <w:pPr>
              <w:spacing w:after="0"/>
              <w:jc w:val="center"/>
              <w:rPr>
                <w:color w:val="000000" w:themeColor="text1"/>
                <w:szCs w:val="24"/>
              </w:rPr>
            </w:pPr>
            <w:r w:rsidRPr="00B7592B">
              <w:rPr>
                <w:b/>
                <w:color w:val="000000" w:themeColor="text1"/>
                <w:szCs w:val="24"/>
              </w:rPr>
              <w:t>Date of Effective</w:t>
            </w:r>
          </w:p>
        </w:tc>
      </w:tr>
      <w:tr w:rsidR="00B7592B" w:rsidRPr="00B7592B" w:rsidTr="00CD78B5">
        <w:trPr>
          <w:jc w:val="center"/>
        </w:trPr>
        <w:tc>
          <w:tcPr>
            <w:tcW w:w="640" w:type="dxa"/>
          </w:tcPr>
          <w:p w:rsidR="00AB074F" w:rsidRPr="00B7592B" w:rsidRDefault="00AB074F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074F" w:rsidRPr="00B7592B" w:rsidRDefault="00AB074F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27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074F" w:rsidRPr="00B7592B" w:rsidRDefault="00AB074F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9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074F" w:rsidRPr="00B7592B" w:rsidRDefault="00AB074F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7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074F" w:rsidRPr="00B7592B" w:rsidRDefault="00AB074F" w:rsidP="000A7627">
            <w:pPr>
              <w:spacing w:after="0"/>
              <w:rPr>
                <w:color w:val="000000" w:themeColor="text1"/>
              </w:rPr>
            </w:pPr>
          </w:p>
        </w:tc>
      </w:tr>
      <w:tr w:rsidR="00B7592B" w:rsidRPr="00B7592B" w:rsidTr="00CD78B5">
        <w:trPr>
          <w:jc w:val="center"/>
        </w:trPr>
        <w:tc>
          <w:tcPr>
            <w:tcW w:w="640" w:type="dxa"/>
          </w:tcPr>
          <w:p w:rsidR="00AB074F" w:rsidRPr="00B7592B" w:rsidRDefault="00AB074F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074F" w:rsidRPr="00B7592B" w:rsidRDefault="00AB074F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27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074F" w:rsidRPr="00B7592B" w:rsidRDefault="00AB074F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9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074F" w:rsidRPr="00B7592B" w:rsidRDefault="00AB074F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7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074F" w:rsidRPr="00B7592B" w:rsidRDefault="00AB074F" w:rsidP="000A7627">
            <w:pPr>
              <w:spacing w:after="0"/>
              <w:rPr>
                <w:color w:val="000000" w:themeColor="text1"/>
              </w:rPr>
            </w:pPr>
          </w:p>
        </w:tc>
      </w:tr>
      <w:tr w:rsidR="00B7592B" w:rsidRPr="00B7592B" w:rsidTr="00CD78B5">
        <w:trPr>
          <w:jc w:val="center"/>
        </w:trPr>
        <w:tc>
          <w:tcPr>
            <w:tcW w:w="640" w:type="dxa"/>
          </w:tcPr>
          <w:p w:rsidR="00AB074F" w:rsidRPr="00B7592B" w:rsidRDefault="00AB074F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074F" w:rsidRPr="00B7592B" w:rsidRDefault="00AB074F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27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074F" w:rsidRPr="00B7592B" w:rsidRDefault="00AB074F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9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074F" w:rsidRPr="00B7592B" w:rsidRDefault="00AB074F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7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074F" w:rsidRPr="00B7592B" w:rsidRDefault="00AB074F" w:rsidP="000A7627">
            <w:pPr>
              <w:spacing w:after="0"/>
              <w:rPr>
                <w:color w:val="000000" w:themeColor="text1"/>
              </w:rPr>
            </w:pPr>
          </w:p>
        </w:tc>
      </w:tr>
    </w:tbl>
    <w:p w:rsidR="008543A9" w:rsidRPr="00B7592B" w:rsidRDefault="007B2D7E" w:rsidP="006C39F8">
      <w:pPr>
        <w:pStyle w:val="ListParagraph"/>
        <w:numPr>
          <w:ilvl w:val="0"/>
          <w:numId w:val="11"/>
        </w:numPr>
        <w:spacing w:before="80" w:after="120" w:line="240" w:lineRule="auto"/>
        <w:ind w:left="360"/>
        <w:rPr>
          <w:color w:val="000000" w:themeColor="text1"/>
        </w:rPr>
      </w:pPr>
      <w:r w:rsidRPr="00B7592B">
        <w:rPr>
          <w:b/>
          <w:color w:val="000000" w:themeColor="text1"/>
        </w:rPr>
        <w:t>Work Experience</w:t>
      </w:r>
    </w:p>
    <w:tbl>
      <w:tblPr>
        <w:tblW w:w="9796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738"/>
        <w:gridCol w:w="2163"/>
        <w:gridCol w:w="1289"/>
        <w:gridCol w:w="1944"/>
        <w:gridCol w:w="1269"/>
        <w:gridCol w:w="1061"/>
        <w:gridCol w:w="1332"/>
      </w:tblGrid>
      <w:tr w:rsidR="00B7592B" w:rsidRPr="00B7592B" w:rsidTr="006C39F8">
        <w:trPr>
          <w:jc w:val="center"/>
        </w:trPr>
        <w:tc>
          <w:tcPr>
            <w:tcW w:w="3024" w:type="dxa"/>
            <w:gridSpan w:val="2"/>
            <w:vMerge w:val="restart"/>
            <w:vAlign w:val="center"/>
          </w:tcPr>
          <w:p w:rsidR="006C39F8" w:rsidRPr="00B7592B" w:rsidRDefault="006C39F8" w:rsidP="006164FE">
            <w:pPr>
              <w:jc w:val="center"/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Name of Institute / Organization</w:t>
            </w:r>
          </w:p>
        </w:tc>
        <w:tc>
          <w:tcPr>
            <w:tcW w:w="1289" w:type="dxa"/>
            <w:vMerge w:val="restart"/>
            <w:shd w:val="clear" w:color="auto" w:fill="auto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6C39F8" w:rsidRPr="00B7592B" w:rsidRDefault="006C39F8" w:rsidP="00DC4683">
            <w:pPr>
              <w:jc w:val="center"/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Designation</w:t>
            </w:r>
          </w:p>
        </w:tc>
        <w:tc>
          <w:tcPr>
            <w:tcW w:w="1724" w:type="dxa"/>
            <w:vMerge w:val="restart"/>
            <w:shd w:val="clear" w:color="auto" w:fill="auto"/>
            <w:vAlign w:val="center"/>
          </w:tcPr>
          <w:p w:rsidR="006C39F8" w:rsidRPr="00B7592B" w:rsidRDefault="006C39F8" w:rsidP="000B4538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 xml:space="preserve">Job Grade </w:t>
            </w:r>
          </w:p>
          <w:p w:rsidR="006C39F8" w:rsidRPr="00B7592B" w:rsidRDefault="006C39F8" w:rsidP="006C39F8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(HM/MM/JM/MA)</w:t>
            </w:r>
          </w:p>
        </w:tc>
        <w:tc>
          <w:tcPr>
            <w:tcW w:w="2416" w:type="dxa"/>
            <w:gridSpan w:val="2"/>
            <w:shd w:val="clear" w:color="auto" w:fill="auto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6C39F8" w:rsidRPr="00B7592B" w:rsidRDefault="006C39F8">
            <w:pPr>
              <w:jc w:val="center"/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Duration</w:t>
            </w:r>
          </w:p>
        </w:tc>
        <w:tc>
          <w:tcPr>
            <w:tcW w:w="1343" w:type="dxa"/>
            <w:vMerge w:val="restart"/>
            <w:shd w:val="clear" w:color="auto" w:fill="auto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6C39F8" w:rsidRPr="00B7592B" w:rsidRDefault="006C39F8" w:rsidP="001F5431">
            <w:pPr>
              <w:jc w:val="center"/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Total Experience</w:t>
            </w:r>
          </w:p>
        </w:tc>
      </w:tr>
      <w:tr w:rsidR="00B7592B" w:rsidRPr="00B7592B" w:rsidTr="006C39F8">
        <w:trPr>
          <w:trHeight w:val="374"/>
          <w:jc w:val="center"/>
        </w:trPr>
        <w:tc>
          <w:tcPr>
            <w:tcW w:w="3024" w:type="dxa"/>
            <w:gridSpan w:val="2"/>
            <w:vMerge/>
            <w:vAlign w:val="center"/>
          </w:tcPr>
          <w:p w:rsidR="006C39F8" w:rsidRPr="00B7592B" w:rsidRDefault="006C39F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89" w:type="dxa"/>
            <w:vMerge/>
            <w:shd w:val="clear" w:color="auto" w:fill="auto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6C39F8" w:rsidRPr="00B7592B" w:rsidRDefault="006C39F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24" w:type="dxa"/>
            <w:vMerge/>
            <w:shd w:val="clear" w:color="auto" w:fill="auto"/>
            <w:vAlign w:val="center"/>
          </w:tcPr>
          <w:p w:rsidR="006C39F8" w:rsidRPr="00B7592B" w:rsidRDefault="006C39F8" w:rsidP="000B4538">
            <w:pPr>
              <w:spacing w:after="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318" w:type="dxa"/>
            <w:shd w:val="clear" w:color="auto" w:fill="auto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6C39F8" w:rsidRPr="00B7592B" w:rsidRDefault="006C39F8">
            <w:pPr>
              <w:jc w:val="center"/>
              <w:rPr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From date</w:t>
            </w:r>
          </w:p>
        </w:tc>
        <w:tc>
          <w:tcPr>
            <w:tcW w:w="1098" w:type="dxa"/>
            <w:shd w:val="clear" w:color="auto" w:fill="auto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6C39F8" w:rsidRPr="00B7592B" w:rsidRDefault="006C39F8">
            <w:pPr>
              <w:jc w:val="center"/>
              <w:rPr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To date</w:t>
            </w:r>
          </w:p>
        </w:tc>
        <w:tc>
          <w:tcPr>
            <w:tcW w:w="1343" w:type="dxa"/>
            <w:vMerge/>
            <w:shd w:val="clear" w:color="auto" w:fill="auto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6C39F8" w:rsidRPr="00B7592B" w:rsidRDefault="006C39F8">
            <w:pPr>
              <w:jc w:val="center"/>
              <w:rPr>
                <w:color w:val="000000" w:themeColor="text1"/>
              </w:rPr>
            </w:pPr>
          </w:p>
        </w:tc>
      </w:tr>
      <w:tr w:rsidR="00B7592B" w:rsidRPr="00B7592B" w:rsidTr="006C39F8">
        <w:trPr>
          <w:jc w:val="center"/>
        </w:trPr>
        <w:tc>
          <w:tcPr>
            <w:tcW w:w="749" w:type="dxa"/>
            <w:vAlign w:val="center"/>
          </w:tcPr>
          <w:p w:rsidR="006C39F8" w:rsidRPr="00B7592B" w:rsidRDefault="006C39F8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2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C39F8" w:rsidRPr="00B7592B" w:rsidRDefault="006C39F8" w:rsidP="000A7627">
            <w:pPr>
              <w:tabs>
                <w:tab w:val="left" w:pos="1890"/>
              </w:tabs>
              <w:spacing w:after="0"/>
              <w:rPr>
                <w:color w:val="000000" w:themeColor="text1"/>
              </w:rPr>
            </w:pP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C39F8" w:rsidRPr="00B7592B" w:rsidRDefault="006C39F8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724" w:type="dxa"/>
            <w:shd w:val="clear" w:color="auto" w:fill="auto"/>
            <w:vAlign w:val="center"/>
          </w:tcPr>
          <w:p w:rsidR="006C39F8" w:rsidRPr="00B7592B" w:rsidRDefault="006C39F8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3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C39F8" w:rsidRPr="00B7592B" w:rsidRDefault="006C39F8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0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C39F8" w:rsidRPr="00B7592B" w:rsidRDefault="006C39F8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3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C39F8" w:rsidRPr="00B7592B" w:rsidRDefault="006C39F8" w:rsidP="000A7627">
            <w:pPr>
              <w:spacing w:after="0"/>
              <w:rPr>
                <w:color w:val="000000" w:themeColor="text1"/>
              </w:rPr>
            </w:pPr>
          </w:p>
        </w:tc>
      </w:tr>
      <w:tr w:rsidR="00B7592B" w:rsidRPr="00B7592B" w:rsidTr="006C39F8">
        <w:trPr>
          <w:jc w:val="center"/>
        </w:trPr>
        <w:tc>
          <w:tcPr>
            <w:tcW w:w="749" w:type="dxa"/>
          </w:tcPr>
          <w:p w:rsidR="006C39F8" w:rsidRPr="00B7592B" w:rsidRDefault="006C39F8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2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39F8" w:rsidRPr="00B7592B" w:rsidRDefault="006C39F8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39F8" w:rsidRPr="00B7592B" w:rsidRDefault="006C39F8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724" w:type="dxa"/>
            <w:shd w:val="clear" w:color="auto" w:fill="auto"/>
          </w:tcPr>
          <w:p w:rsidR="006C39F8" w:rsidRPr="00B7592B" w:rsidRDefault="006C39F8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3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39F8" w:rsidRPr="00B7592B" w:rsidRDefault="006C39F8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0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39F8" w:rsidRPr="00B7592B" w:rsidRDefault="006C39F8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3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39F8" w:rsidRPr="00B7592B" w:rsidRDefault="006C39F8" w:rsidP="000A7627">
            <w:pPr>
              <w:spacing w:after="0"/>
              <w:rPr>
                <w:color w:val="000000" w:themeColor="text1"/>
              </w:rPr>
            </w:pPr>
          </w:p>
        </w:tc>
      </w:tr>
      <w:tr w:rsidR="00B7592B" w:rsidRPr="00B7592B" w:rsidTr="006C39F8">
        <w:trPr>
          <w:jc w:val="center"/>
        </w:trPr>
        <w:tc>
          <w:tcPr>
            <w:tcW w:w="749" w:type="dxa"/>
          </w:tcPr>
          <w:p w:rsidR="006C39F8" w:rsidRPr="00B7592B" w:rsidRDefault="006C39F8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2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39F8" w:rsidRPr="00B7592B" w:rsidRDefault="006C39F8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39F8" w:rsidRPr="00B7592B" w:rsidRDefault="006C39F8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724" w:type="dxa"/>
            <w:shd w:val="clear" w:color="auto" w:fill="auto"/>
          </w:tcPr>
          <w:p w:rsidR="006C39F8" w:rsidRPr="00B7592B" w:rsidRDefault="006C39F8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3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39F8" w:rsidRPr="00B7592B" w:rsidRDefault="006C39F8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0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39F8" w:rsidRPr="00B7592B" w:rsidRDefault="006C39F8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3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39F8" w:rsidRPr="00B7592B" w:rsidRDefault="006C39F8" w:rsidP="000A7627">
            <w:pPr>
              <w:spacing w:after="0"/>
              <w:rPr>
                <w:color w:val="000000" w:themeColor="text1"/>
              </w:rPr>
            </w:pPr>
          </w:p>
        </w:tc>
      </w:tr>
      <w:tr w:rsidR="00B7592B" w:rsidRPr="00B7592B" w:rsidTr="006C39F8">
        <w:trPr>
          <w:jc w:val="center"/>
        </w:trPr>
        <w:tc>
          <w:tcPr>
            <w:tcW w:w="749" w:type="dxa"/>
          </w:tcPr>
          <w:p w:rsidR="000A7627" w:rsidRPr="00B7592B" w:rsidRDefault="000A7627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2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A7627" w:rsidRPr="00B7592B" w:rsidRDefault="000A7627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A7627" w:rsidRPr="00B7592B" w:rsidRDefault="000A7627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724" w:type="dxa"/>
            <w:shd w:val="clear" w:color="auto" w:fill="auto"/>
          </w:tcPr>
          <w:p w:rsidR="000A7627" w:rsidRPr="00B7592B" w:rsidRDefault="000A7627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3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A7627" w:rsidRPr="00B7592B" w:rsidRDefault="000A7627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0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A7627" w:rsidRPr="00B7592B" w:rsidRDefault="000A7627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3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A7627" w:rsidRPr="00B7592B" w:rsidRDefault="000A7627" w:rsidP="000A7627">
            <w:pPr>
              <w:spacing w:after="0"/>
              <w:rPr>
                <w:color w:val="000000" w:themeColor="text1"/>
              </w:rPr>
            </w:pPr>
          </w:p>
        </w:tc>
      </w:tr>
      <w:tr w:rsidR="00B7592B" w:rsidRPr="00B7592B" w:rsidTr="006C39F8">
        <w:trPr>
          <w:jc w:val="center"/>
        </w:trPr>
        <w:tc>
          <w:tcPr>
            <w:tcW w:w="749" w:type="dxa"/>
          </w:tcPr>
          <w:p w:rsidR="000A7627" w:rsidRPr="00B7592B" w:rsidRDefault="000A7627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2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A7627" w:rsidRPr="00B7592B" w:rsidRDefault="000A7627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A7627" w:rsidRPr="00B7592B" w:rsidRDefault="000A7627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724" w:type="dxa"/>
            <w:shd w:val="clear" w:color="auto" w:fill="auto"/>
          </w:tcPr>
          <w:p w:rsidR="000A7627" w:rsidRPr="00B7592B" w:rsidRDefault="000A7627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3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A7627" w:rsidRPr="00B7592B" w:rsidRDefault="000A7627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0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A7627" w:rsidRPr="00B7592B" w:rsidRDefault="000A7627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3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A7627" w:rsidRPr="00B7592B" w:rsidRDefault="000A7627" w:rsidP="000A7627">
            <w:pPr>
              <w:spacing w:after="0"/>
              <w:rPr>
                <w:color w:val="000000" w:themeColor="text1"/>
              </w:rPr>
            </w:pPr>
          </w:p>
        </w:tc>
      </w:tr>
      <w:tr w:rsidR="00B7592B" w:rsidRPr="00B7592B" w:rsidTr="006C39F8">
        <w:trPr>
          <w:jc w:val="center"/>
        </w:trPr>
        <w:tc>
          <w:tcPr>
            <w:tcW w:w="749" w:type="dxa"/>
          </w:tcPr>
          <w:p w:rsidR="000A7627" w:rsidRPr="00B7592B" w:rsidRDefault="000A7627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2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A7627" w:rsidRPr="00B7592B" w:rsidRDefault="000A7627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A7627" w:rsidRPr="00B7592B" w:rsidRDefault="000A7627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724" w:type="dxa"/>
            <w:shd w:val="clear" w:color="auto" w:fill="auto"/>
          </w:tcPr>
          <w:p w:rsidR="000A7627" w:rsidRPr="00B7592B" w:rsidRDefault="000A7627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3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A7627" w:rsidRPr="00B7592B" w:rsidRDefault="000A7627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0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A7627" w:rsidRPr="00B7592B" w:rsidRDefault="000A7627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3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A7627" w:rsidRPr="00B7592B" w:rsidRDefault="000A7627" w:rsidP="000A7627">
            <w:pPr>
              <w:spacing w:after="0"/>
              <w:rPr>
                <w:color w:val="000000" w:themeColor="text1"/>
              </w:rPr>
            </w:pPr>
          </w:p>
        </w:tc>
      </w:tr>
      <w:tr w:rsidR="000A7627" w:rsidRPr="00B7592B" w:rsidTr="006C39F8">
        <w:trPr>
          <w:jc w:val="center"/>
        </w:trPr>
        <w:tc>
          <w:tcPr>
            <w:tcW w:w="749" w:type="dxa"/>
          </w:tcPr>
          <w:p w:rsidR="000A7627" w:rsidRPr="00B7592B" w:rsidRDefault="000A7627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2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A7627" w:rsidRPr="00B7592B" w:rsidRDefault="000A7627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A7627" w:rsidRPr="00B7592B" w:rsidRDefault="000A7627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724" w:type="dxa"/>
            <w:shd w:val="clear" w:color="auto" w:fill="auto"/>
          </w:tcPr>
          <w:p w:rsidR="000A7627" w:rsidRPr="00B7592B" w:rsidRDefault="000A7627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3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A7627" w:rsidRPr="00B7592B" w:rsidRDefault="000A7627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0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A7627" w:rsidRPr="00B7592B" w:rsidRDefault="000A7627" w:rsidP="000A762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3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A7627" w:rsidRPr="00B7592B" w:rsidRDefault="000A7627" w:rsidP="000A7627">
            <w:pPr>
              <w:spacing w:after="0"/>
              <w:rPr>
                <w:color w:val="000000" w:themeColor="text1"/>
              </w:rPr>
            </w:pPr>
          </w:p>
        </w:tc>
      </w:tr>
    </w:tbl>
    <w:p w:rsidR="00675C2F" w:rsidRPr="00B7592B" w:rsidRDefault="00675C2F" w:rsidP="00A7664C">
      <w:pPr>
        <w:spacing w:after="0"/>
        <w:rPr>
          <w:b/>
          <w:color w:val="000000" w:themeColor="text1"/>
          <w:sz w:val="8"/>
          <w:szCs w:val="8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908"/>
        <w:gridCol w:w="640"/>
        <w:gridCol w:w="640"/>
        <w:gridCol w:w="640"/>
        <w:gridCol w:w="640"/>
        <w:gridCol w:w="640"/>
        <w:gridCol w:w="640"/>
        <w:gridCol w:w="640"/>
        <w:gridCol w:w="640"/>
        <w:gridCol w:w="640"/>
      </w:tblGrid>
      <w:tr w:rsidR="00B7592B" w:rsidRPr="00B7592B" w:rsidTr="00F07010">
        <w:tc>
          <w:tcPr>
            <w:tcW w:w="1908" w:type="dxa"/>
            <w:vMerge w:val="restart"/>
            <w:vAlign w:val="center"/>
          </w:tcPr>
          <w:p w:rsidR="006873FA" w:rsidRPr="00B7592B" w:rsidRDefault="006873FA" w:rsidP="00A7664C">
            <w:pPr>
              <w:pStyle w:val="ListParagraph"/>
              <w:numPr>
                <w:ilvl w:val="0"/>
                <w:numId w:val="11"/>
              </w:numPr>
              <w:ind w:left="360"/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Language Skills</w:t>
            </w:r>
          </w:p>
          <w:p w:rsidR="00896D0A" w:rsidRPr="00896D0A" w:rsidRDefault="00896D0A" w:rsidP="00896D0A">
            <w:pPr>
              <w:rPr>
                <w:b/>
                <w:bCs/>
                <w:i/>
                <w:color w:val="000000" w:themeColor="text1"/>
                <w:sz w:val="16"/>
                <w:szCs w:val="18"/>
              </w:rPr>
            </w:pPr>
            <w:r w:rsidRPr="00896D0A">
              <w:rPr>
                <w:b/>
                <w:bCs/>
                <w:i/>
                <w:color w:val="000000" w:themeColor="text1"/>
                <w:sz w:val="16"/>
                <w:szCs w:val="18"/>
              </w:rPr>
              <w:t>(Place a check mark (</w:t>
            </w:r>
            <w:r w:rsidRPr="00896D0A">
              <w:rPr>
                <w:b/>
                <w:bCs/>
                <w:i/>
                <w:color w:val="000000" w:themeColor="text1"/>
                <w:sz w:val="16"/>
                <w:szCs w:val="18"/>
              </w:rPr>
              <w:sym w:font="Wingdings 2" w:char="F050"/>
            </w:r>
            <w:r w:rsidRPr="00896D0A">
              <w:rPr>
                <w:b/>
                <w:bCs/>
                <w:i/>
                <w:color w:val="000000" w:themeColor="text1"/>
                <w:sz w:val="16"/>
                <w:szCs w:val="18"/>
              </w:rPr>
              <w:t>) inside the relevant box)</w:t>
            </w:r>
          </w:p>
          <w:p w:rsidR="006873FA" w:rsidRPr="00B7592B" w:rsidRDefault="006873FA" w:rsidP="00A7664C">
            <w:pPr>
              <w:rPr>
                <w:b/>
                <w:color w:val="000000" w:themeColor="text1"/>
              </w:rPr>
            </w:pPr>
          </w:p>
        </w:tc>
        <w:tc>
          <w:tcPr>
            <w:tcW w:w="1920" w:type="dxa"/>
            <w:gridSpan w:val="3"/>
            <w:vAlign w:val="center"/>
          </w:tcPr>
          <w:p w:rsidR="006873FA" w:rsidRPr="00B7592B" w:rsidRDefault="006873FA" w:rsidP="006873FA">
            <w:pPr>
              <w:jc w:val="center"/>
              <w:rPr>
                <w:b/>
                <w:color w:val="000000" w:themeColor="text1"/>
              </w:rPr>
            </w:pPr>
            <w:proofErr w:type="spellStart"/>
            <w:r w:rsidRPr="00B7592B">
              <w:rPr>
                <w:b/>
                <w:color w:val="000000" w:themeColor="text1"/>
              </w:rPr>
              <w:t>Singhala</w:t>
            </w:r>
            <w:proofErr w:type="spellEnd"/>
          </w:p>
        </w:tc>
        <w:tc>
          <w:tcPr>
            <w:tcW w:w="1920" w:type="dxa"/>
            <w:gridSpan w:val="3"/>
            <w:vAlign w:val="center"/>
          </w:tcPr>
          <w:p w:rsidR="006873FA" w:rsidRPr="00B7592B" w:rsidRDefault="006873FA" w:rsidP="006873FA">
            <w:pPr>
              <w:jc w:val="center"/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Tamil</w:t>
            </w:r>
          </w:p>
        </w:tc>
        <w:tc>
          <w:tcPr>
            <w:tcW w:w="1920" w:type="dxa"/>
            <w:gridSpan w:val="3"/>
            <w:vAlign w:val="center"/>
          </w:tcPr>
          <w:p w:rsidR="006873FA" w:rsidRPr="00B7592B" w:rsidRDefault="006873FA" w:rsidP="006873FA">
            <w:pPr>
              <w:jc w:val="center"/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English</w:t>
            </w:r>
          </w:p>
        </w:tc>
      </w:tr>
      <w:tr w:rsidR="00B7592B" w:rsidRPr="00B7592B" w:rsidTr="00F07010">
        <w:tc>
          <w:tcPr>
            <w:tcW w:w="1908" w:type="dxa"/>
            <w:vMerge/>
          </w:tcPr>
          <w:p w:rsidR="006873FA" w:rsidRPr="00B7592B" w:rsidRDefault="006873FA" w:rsidP="006873FA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640" w:type="dxa"/>
            <w:tcBorders>
              <w:bottom w:val="single" w:sz="4" w:space="0" w:color="auto"/>
            </w:tcBorders>
            <w:vAlign w:val="center"/>
          </w:tcPr>
          <w:p w:rsidR="006873FA" w:rsidRPr="00B7592B" w:rsidRDefault="006873FA" w:rsidP="006873FA">
            <w:pPr>
              <w:jc w:val="center"/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R</w:t>
            </w:r>
          </w:p>
        </w:tc>
        <w:tc>
          <w:tcPr>
            <w:tcW w:w="640" w:type="dxa"/>
            <w:vAlign w:val="center"/>
          </w:tcPr>
          <w:p w:rsidR="006873FA" w:rsidRPr="00B7592B" w:rsidRDefault="006873FA" w:rsidP="006873FA">
            <w:pPr>
              <w:jc w:val="center"/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W</w:t>
            </w:r>
          </w:p>
        </w:tc>
        <w:tc>
          <w:tcPr>
            <w:tcW w:w="640" w:type="dxa"/>
            <w:vAlign w:val="center"/>
          </w:tcPr>
          <w:p w:rsidR="006873FA" w:rsidRPr="00B7592B" w:rsidRDefault="006873FA" w:rsidP="006873FA">
            <w:pPr>
              <w:jc w:val="center"/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S</w:t>
            </w:r>
          </w:p>
        </w:tc>
        <w:tc>
          <w:tcPr>
            <w:tcW w:w="640" w:type="dxa"/>
            <w:vAlign w:val="center"/>
          </w:tcPr>
          <w:p w:rsidR="006873FA" w:rsidRPr="00B7592B" w:rsidRDefault="006873FA" w:rsidP="006873FA">
            <w:pPr>
              <w:jc w:val="center"/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R</w:t>
            </w:r>
          </w:p>
        </w:tc>
        <w:tc>
          <w:tcPr>
            <w:tcW w:w="640" w:type="dxa"/>
            <w:vAlign w:val="center"/>
          </w:tcPr>
          <w:p w:rsidR="006873FA" w:rsidRPr="00B7592B" w:rsidRDefault="006873FA" w:rsidP="006873FA">
            <w:pPr>
              <w:jc w:val="center"/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W</w:t>
            </w:r>
          </w:p>
        </w:tc>
        <w:tc>
          <w:tcPr>
            <w:tcW w:w="640" w:type="dxa"/>
            <w:vAlign w:val="center"/>
          </w:tcPr>
          <w:p w:rsidR="006873FA" w:rsidRPr="00B7592B" w:rsidRDefault="006873FA" w:rsidP="006873FA">
            <w:pPr>
              <w:jc w:val="center"/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S</w:t>
            </w:r>
          </w:p>
        </w:tc>
        <w:tc>
          <w:tcPr>
            <w:tcW w:w="640" w:type="dxa"/>
            <w:vAlign w:val="center"/>
          </w:tcPr>
          <w:p w:rsidR="006873FA" w:rsidRPr="00B7592B" w:rsidRDefault="006873FA" w:rsidP="006873FA">
            <w:pPr>
              <w:jc w:val="center"/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R</w:t>
            </w:r>
          </w:p>
        </w:tc>
        <w:tc>
          <w:tcPr>
            <w:tcW w:w="640" w:type="dxa"/>
            <w:vAlign w:val="center"/>
          </w:tcPr>
          <w:p w:rsidR="006873FA" w:rsidRPr="00B7592B" w:rsidRDefault="006873FA" w:rsidP="006873FA">
            <w:pPr>
              <w:jc w:val="center"/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W</w:t>
            </w:r>
          </w:p>
        </w:tc>
        <w:tc>
          <w:tcPr>
            <w:tcW w:w="640" w:type="dxa"/>
            <w:vAlign w:val="center"/>
          </w:tcPr>
          <w:p w:rsidR="006873FA" w:rsidRPr="00B7592B" w:rsidRDefault="006873FA" w:rsidP="006873FA">
            <w:pPr>
              <w:jc w:val="center"/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S</w:t>
            </w:r>
          </w:p>
        </w:tc>
      </w:tr>
      <w:tr w:rsidR="00B7592B" w:rsidRPr="00B7592B" w:rsidTr="00340DE9">
        <w:tc>
          <w:tcPr>
            <w:tcW w:w="1908" w:type="dxa"/>
          </w:tcPr>
          <w:p w:rsidR="00F07010" w:rsidRPr="00B7592B" w:rsidRDefault="00F07010" w:rsidP="00F07010">
            <w:pPr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Fair</w:t>
            </w:r>
          </w:p>
        </w:tc>
        <w:tc>
          <w:tcPr>
            <w:tcW w:w="640" w:type="dxa"/>
            <w:vAlign w:val="center"/>
          </w:tcPr>
          <w:p w:rsidR="00F07010" w:rsidRPr="00B7592B" w:rsidRDefault="00F07010" w:rsidP="00F07010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B7592B">
              <w:rPr>
                <w:b/>
                <w:color w:val="000000" w:themeColor="text1"/>
                <w:sz w:val="28"/>
                <w:szCs w:val="28"/>
              </w:rPr>
              <w:sym w:font="Wingdings 2" w:char="F02A"/>
            </w:r>
          </w:p>
        </w:tc>
        <w:tc>
          <w:tcPr>
            <w:tcW w:w="640" w:type="dxa"/>
          </w:tcPr>
          <w:p w:rsidR="00F07010" w:rsidRPr="00B7592B" w:rsidRDefault="00F07010" w:rsidP="00F07010">
            <w:pPr>
              <w:jc w:val="center"/>
              <w:rPr>
                <w:color w:val="000000" w:themeColor="text1"/>
              </w:rPr>
            </w:pPr>
            <w:r w:rsidRPr="00B7592B">
              <w:rPr>
                <w:b/>
                <w:color w:val="000000" w:themeColor="text1"/>
                <w:sz w:val="28"/>
                <w:szCs w:val="28"/>
              </w:rPr>
              <w:sym w:font="Wingdings 2" w:char="F02A"/>
            </w:r>
          </w:p>
        </w:tc>
        <w:tc>
          <w:tcPr>
            <w:tcW w:w="640" w:type="dxa"/>
          </w:tcPr>
          <w:p w:rsidR="00F07010" w:rsidRPr="00B7592B" w:rsidRDefault="00F07010" w:rsidP="00F07010">
            <w:pPr>
              <w:jc w:val="center"/>
              <w:rPr>
                <w:color w:val="000000" w:themeColor="text1"/>
              </w:rPr>
            </w:pPr>
            <w:r w:rsidRPr="00B7592B">
              <w:rPr>
                <w:b/>
                <w:color w:val="000000" w:themeColor="text1"/>
                <w:sz w:val="28"/>
                <w:szCs w:val="28"/>
              </w:rPr>
              <w:sym w:font="Wingdings 2" w:char="F02A"/>
            </w:r>
          </w:p>
        </w:tc>
        <w:tc>
          <w:tcPr>
            <w:tcW w:w="640" w:type="dxa"/>
          </w:tcPr>
          <w:p w:rsidR="00F07010" w:rsidRPr="00B7592B" w:rsidRDefault="00F07010" w:rsidP="00F07010">
            <w:pPr>
              <w:jc w:val="center"/>
              <w:rPr>
                <w:color w:val="000000" w:themeColor="text1"/>
              </w:rPr>
            </w:pPr>
            <w:r w:rsidRPr="00B7592B">
              <w:rPr>
                <w:b/>
                <w:color w:val="000000" w:themeColor="text1"/>
                <w:sz w:val="28"/>
                <w:szCs w:val="28"/>
              </w:rPr>
              <w:sym w:font="Wingdings 2" w:char="F02A"/>
            </w:r>
          </w:p>
        </w:tc>
        <w:tc>
          <w:tcPr>
            <w:tcW w:w="640" w:type="dxa"/>
          </w:tcPr>
          <w:p w:rsidR="00F07010" w:rsidRPr="00B7592B" w:rsidRDefault="00F07010" w:rsidP="00F07010">
            <w:pPr>
              <w:jc w:val="center"/>
              <w:rPr>
                <w:color w:val="000000" w:themeColor="text1"/>
              </w:rPr>
            </w:pPr>
            <w:r w:rsidRPr="00B7592B">
              <w:rPr>
                <w:b/>
                <w:color w:val="000000" w:themeColor="text1"/>
                <w:sz w:val="28"/>
                <w:szCs w:val="28"/>
              </w:rPr>
              <w:sym w:font="Wingdings 2" w:char="F02A"/>
            </w:r>
          </w:p>
        </w:tc>
        <w:tc>
          <w:tcPr>
            <w:tcW w:w="640" w:type="dxa"/>
          </w:tcPr>
          <w:p w:rsidR="00F07010" w:rsidRPr="00B7592B" w:rsidRDefault="00F07010" w:rsidP="00F07010">
            <w:pPr>
              <w:jc w:val="center"/>
              <w:rPr>
                <w:color w:val="000000" w:themeColor="text1"/>
              </w:rPr>
            </w:pPr>
            <w:r w:rsidRPr="00B7592B">
              <w:rPr>
                <w:b/>
                <w:color w:val="000000" w:themeColor="text1"/>
                <w:sz w:val="28"/>
                <w:szCs w:val="28"/>
              </w:rPr>
              <w:sym w:font="Wingdings 2" w:char="F02A"/>
            </w:r>
          </w:p>
        </w:tc>
        <w:tc>
          <w:tcPr>
            <w:tcW w:w="640" w:type="dxa"/>
          </w:tcPr>
          <w:p w:rsidR="00F07010" w:rsidRPr="00B7592B" w:rsidRDefault="00F07010" w:rsidP="00F07010">
            <w:pPr>
              <w:jc w:val="center"/>
              <w:rPr>
                <w:color w:val="000000" w:themeColor="text1"/>
              </w:rPr>
            </w:pPr>
            <w:r w:rsidRPr="00B7592B">
              <w:rPr>
                <w:b/>
                <w:color w:val="000000" w:themeColor="text1"/>
                <w:sz w:val="28"/>
                <w:szCs w:val="28"/>
              </w:rPr>
              <w:sym w:font="Wingdings 2" w:char="F02A"/>
            </w:r>
          </w:p>
        </w:tc>
        <w:tc>
          <w:tcPr>
            <w:tcW w:w="640" w:type="dxa"/>
          </w:tcPr>
          <w:p w:rsidR="00F07010" w:rsidRPr="00B7592B" w:rsidRDefault="00F07010" w:rsidP="00F07010">
            <w:pPr>
              <w:jc w:val="center"/>
              <w:rPr>
                <w:color w:val="000000" w:themeColor="text1"/>
              </w:rPr>
            </w:pPr>
            <w:r w:rsidRPr="00B7592B">
              <w:rPr>
                <w:b/>
                <w:color w:val="000000" w:themeColor="text1"/>
                <w:sz w:val="28"/>
                <w:szCs w:val="28"/>
              </w:rPr>
              <w:sym w:font="Wingdings 2" w:char="F02A"/>
            </w:r>
          </w:p>
        </w:tc>
        <w:tc>
          <w:tcPr>
            <w:tcW w:w="640" w:type="dxa"/>
          </w:tcPr>
          <w:p w:rsidR="00F07010" w:rsidRPr="00B7592B" w:rsidRDefault="00F07010" w:rsidP="00F07010">
            <w:pPr>
              <w:jc w:val="center"/>
              <w:rPr>
                <w:color w:val="000000" w:themeColor="text1"/>
              </w:rPr>
            </w:pPr>
            <w:r w:rsidRPr="00B7592B">
              <w:rPr>
                <w:b/>
                <w:color w:val="000000" w:themeColor="text1"/>
                <w:sz w:val="28"/>
                <w:szCs w:val="28"/>
              </w:rPr>
              <w:sym w:font="Wingdings 2" w:char="F02A"/>
            </w:r>
          </w:p>
        </w:tc>
      </w:tr>
      <w:tr w:rsidR="00B7592B" w:rsidRPr="00B7592B" w:rsidTr="00340DE9">
        <w:tc>
          <w:tcPr>
            <w:tcW w:w="1908" w:type="dxa"/>
          </w:tcPr>
          <w:p w:rsidR="00F07010" w:rsidRPr="00B7592B" w:rsidRDefault="00F07010" w:rsidP="00F07010">
            <w:pPr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Good</w:t>
            </w:r>
          </w:p>
        </w:tc>
        <w:tc>
          <w:tcPr>
            <w:tcW w:w="640" w:type="dxa"/>
          </w:tcPr>
          <w:p w:rsidR="00F07010" w:rsidRPr="00B7592B" w:rsidRDefault="00F07010" w:rsidP="00F07010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B7592B">
              <w:rPr>
                <w:b/>
                <w:color w:val="000000" w:themeColor="text1"/>
                <w:sz w:val="28"/>
                <w:szCs w:val="28"/>
              </w:rPr>
              <w:sym w:font="Wingdings 2" w:char="F02A"/>
            </w:r>
          </w:p>
        </w:tc>
        <w:tc>
          <w:tcPr>
            <w:tcW w:w="640" w:type="dxa"/>
          </w:tcPr>
          <w:p w:rsidR="00F07010" w:rsidRPr="00B7592B" w:rsidRDefault="00F07010" w:rsidP="00F07010">
            <w:pPr>
              <w:jc w:val="center"/>
              <w:rPr>
                <w:color w:val="000000" w:themeColor="text1"/>
              </w:rPr>
            </w:pPr>
            <w:r w:rsidRPr="00B7592B">
              <w:rPr>
                <w:b/>
                <w:color w:val="000000" w:themeColor="text1"/>
                <w:sz w:val="28"/>
                <w:szCs w:val="28"/>
              </w:rPr>
              <w:sym w:font="Wingdings 2" w:char="F02A"/>
            </w:r>
          </w:p>
        </w:tc>
        <w:tc>
          <w:tcPr>
            <w:tcW w:w="640" w:type="dxa"/>
          </w:tcPr>
          <w:p w:rsidR="00F07010" w:rsidRPr="00B7592B" w:rsidRDefault="00F07010" w:rsidP="00F07010">
            <w:pPr>
              <w:jc w:val="center"/>
              <w:rPr>
                <w:color w:val="000000" w:themeColor="text1"/>
              </w:rPr>
            </w:pPr>
            <w:r w:rsidRPr="00B7592B">
              <w:rPr>
                <w:b/>
                <w:color w:val="000000" w:themeColor="text1"/>
                <w:sz w:val="28"/>
                <w:szCs w:val="28"/>
              </w:rPr>
              <w:sym w:font="Wingdings 2" w:char="F02A"/>
            </w:r>
          </w:p>
        </w:tc>
        <w:tc>
          <w:tcPr>
            <w:tcW w:w="640" w:type="dxa"/>
          </w:tcPr>
          <w:p w:rsidR="00F07010" w:rsidRPr="00B7592B" w:rsidRDefault="00F07010" w:rsidP="00F07010">
            <w:pPr>
              <w:jc w:val="center"/>
              <w:rPr>
                <w:color w:val="000000" w:themeColor="text1"/>
              </w:rPr>
            </w:pPr>
            <w:r w:rsidRPr="00B7592B">
              <w:rPr>
                <w:b/>
                <w:color w:val="000000" w:themeColor="text1"/>
                <w:sz w:val="28"/>
                <w:szCs w:val="28"/>
              </w:rPr>
              <w:sym w:font="Wingdings 2" w:char="F02A"/>
            </w:r>
          </w:p>
        </w:tc>
        <w:tc>
          <w:tcPr>
            <w:tcW w:w="640" w:type="dxa"/>
          </w:tcPr>
          <w:p w:rsidR="00F07010" w:rsidRPr="00B7592B" w:rsidRDefault="00F07010" w:rsidP="00F07010">
            <w:pPr>
              <w:jc w:val="center"/>
              <w:rPr>
                <w:color w:val="000000" w:themeColor="text1"/>
              </w:rPr>
            </w:pPr>
            <w:r w:rsidRPr="00B7592B">
              <w:rPr>
                <w:b/>
                <w:color w:val="000000" w:themeColor="text1"/>
                <w:sz w:val="28"/>
                <w:szCs w:val="28"/>
              </w:rPr>
              <w:sym w:font="Wingdings 2" w:char="F02A"/>
            </w:r>
          </w:p>
        </w:tc>
        <w:tc>
          <w:tcPr>
            <w:tcW w:w="640" w:type="dxa"/>
          </w:tcPr>
          <w:p w:rsidR="00F07010" w:rsidRPr="00B7592B" w:rsidRDefault="00F07010" w:rsidP="00F07010">
            <w:pPr>
              <w:jc w:val="center"/>
              <w:rPr>
                <w:color w:val="000000" w:themeColor="text1"/>
              </w:rPr>
            </w:pPr>
            <w:r w:rsidRPr="00B7592B">
              <w:rPr>
                <w:b/>
                <w:color w:val="000000" w:themeColor="text1"/>
                <w:sz w:val="28"/>
                <w:szCs w:val="28"/>
              </w:rPr>
              <w:sym w:font="Wingdings 2" w:char="F02A"/>
            </w:r>
          </w:p>
        </w:tc>
        <w:tc>
          <w:tcPr>
            <w:tcW w:w="640" w:type="dxa"/>
          </w:tcPr>
          <w:p w:rsidR="00F07010" w:rsidRPr="00B7592B" w:rsidRDefault="00F07010" w:rsidP="00F07010">
            <w:pPr>
              <w:jc w:val="center"/>
              <w:rPr>
                <w:color w:val="000000" w:themeColor="text1"/>
              </w:rPr>
            </w:pPr>
            <w:r w:rsidRPr="00B7592B">
              <w:rPr>
                <w:b/>
                <w:color w:val="000000" w:themeColor="text1"/>
                <w:sz w:val="28"/>
                <w:szCs w:val="28"/>
              </w:rPr>
              <w:sym w:font="Wingdings 2" w:char="F02A"/>
            </w:r>
          </w:p>
        </w:tc>
        <w:tc>
          <w:tcPr>
            <w:tcW w:w="640" w:type="dxa"/>
          </w:tcPr>
          <w:p w:rsidR="00F07010" w:rsidRPr="00B7592B" w:rsidRDefault="00F07010" w:rsidP="00F07010">
            <w:pPr>
              <w:jc w:val="center"/>
              <w:rPr>
                <w:color w:val="000000" w:themeColor="text1"/>
              </w:rPr>
            </w:pPr>
            <w:r w:rsidRPr="00B7592B">
              <w:rPr>
                <w:b/>
                <w:color w:val="000000" w:themeColor="text1"/>
                <w:sz w:val="28"/>
                <w:szCs w:val="28"/>
              </w:rPr>
              <w:sym w:font="Wingdings 2" w:char="F02A"/>
            </w:r>
          </w:p>
        </w:tc>
        <w:tc>
          <w:tcPr>
            <w:tcW w:w="640" w:type="dxa"/>
          </w:tcPr>
          <w:p w:rsidR="00F07010" w:rsidRPr="00B7592B" w:rsidRDefault="00F07010" w:rsidP="00F07010">
            <w:pPr>
              <w:jc w:val="center"/>
              <w:rPr>
                <w:color w:val="000000" w:themeColor="text1"/>
              </w:rPr>
            </w:pPr>
            <w:r w:rsidRPr="00B7592B">
              <w:rPr>
                <w:b/>
                <w:color w:val="000000" w:themeColor="text1"/>
                <w:sz w:val="28"/>
                <w:szCs w:val="28"/>
              </w:rPr>
              <w:sym w:font="Wingdings 2" w:char="F02A"/>
            </w:r>
          </w:p>
        </w:tc>
      </w:tr>
      <w:tr w:rsidR="00F07010" w:rsidRPr="00B7592B" w:rsidTr="00340DE9">
        <w:tc>
          <w:tcPr>
            <w:tcW w:w="1908" w:type="dxa"/>
          </w:tcPr>
          <w:p w:rsidR="00F07010" w:rsidRPr="00B7592B" w:rsidRDefault="00F07010" w:rsidP="00F07010">
            <w:pPr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Excellent</w:t>
            </w:r>
          </w:p>
        </w:tc>
        <w:tc>
          <w:tcPr>
            <w:tcW w:w="640" w:type="dxa"/>
          </w:tcPr>
          <w:p w:rsidR="00F07010" w:rsidRPr="00B7592B" w:rsidRDefault="00F07010" w:rsidP="00F07010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B7592B">
              <w:rPr>
                <w:b/>
                <w:color w:val="000000" w:themeColor="text1"/>
                <w:sz w:val="28"/>
                <w:szCs w:val="28"/>
              </w:rPr>
              <w:sym w:font="Wingdings 2" w:char="F02A"/>
            </w:r>
          </w:p>
        </w:tc>
        <w:tc>
          <w:tcPr>
            <w:tcW w:w="640" w:type="dxa"/>
          </w:tcPr>
          <w:p w:rsidR="00F07010" w:rsidRPr="00B7592B" w:rsidRDefault="00F07010" w:rsidP="00F07010">
            <w:pPr>
              <w:jc w:val="center"/>
              <w:rPr>
                <w:color w:val="000000" w:themeColor="text1"/>
              </w:rPr>
            </w:pPr>
            <w:r w:rsidRPr="00B7592B">
              <w:rPr>
                <w:b/>
                <w:color w:val="000000" w:themeColor="text1"/>
                <w:sz w:val="28"/>
                <w:szCs w:val="28"/>
              </w:rPr>
              <w:sym w:font="Wingdings 2" w:char="F02A"/>
            </w:r>
          </w:p>
        </w:tc>
        <w:tc>
          <w:tcPr>
            <w:tcW w:w="640" w:type="dxa"/>
          </w:tcPr>
          <w:p w:rsidR="00F07010" w:rsidRPr="00B7592B" w:rsidRDefault="00F07010" w:rsidP="00F07010">
            <w:pPr>
              <w:jc w:val="center"/>
              <w:rPr>
                <w:color w:val="000000" w:themeColor="text1"/>
              </w:rPr>
            </w:pPr>
            <w:r w:rsidRPr="00B7592B">
              <w:rPr>
                <w:b/>
                <w:color w:val="000000" w:themeColor="text1"/>
                <w:sz w:val="28"/>
                <w:szCs w:val="28"/>
              </w:rPr>
              <w:sym w:font="Wingdings 2" w:char="F02A"/>
            </w:r>
          </w:p>
        </w:tc>
        <w:tc>
          <w:tcPr>
            <w:tcW w:w="640" w:type="dxa"/>
          </w:tcPr>
          <w:p w:rsidR="00F07010" w:rsidRPr="00B7592B" w:rsidRDefault="00F07010" w:rsidP="00F07010">
            <w:pPr>
              <w:jc w:val="center"/>
              <w:rPr>
                <w:color w:val="000000" w:themeColor="text1"/>
              </w:rPr>
            </w:pPr>
            <w:r w:rsidRPr="00B7592B">
              <w:rPr>
                <w:b/>
                <w:color w:val="000000" w:themeColor="text1"/>
                <w:sz w:val="28"/>
                <w:szCs w:val="28"/>
              </w:rPr>
              <w:sym w:font="Wingdings 2" w:char="F02A"/>
            </w:r>
          </w:p>
        </w:tc>
        <w:tc>
          <w:tcPr>
            <w:tcW w:w="640" w:type="dxa"/>
          </w:tcPr>
          <w:p w:rsidR="00F07010" w:rsidRPr="00B7592B" w:rsidRDefault="00F07010" w:rsidP="00F07010">
            <w:pPr>
              <w:jc w:val="center"/>
              <w:rPr>
                <w:color w:val="000000" w:themeColor="text1"/>
              </w:rPr>
            </w:pPr>
            <w:r w:rsidRPr="00B7592B">
              <w:rPr>
                <w:b/>
                <w:color w:val="000000" w:themeColor="text1"/>
                <w:sz w:val="28"/>
                <w:szCs w:val="28"/>
              </w:rPr>
              <w:sym w:font="Wingdings 2" w:char="F02A"/>
            </w:r>
          </w:p>
        </w:tc>
        <w:tc>
          <w:tcPr>
            <w:tcW w:w="640" w:type="dxa"/>
          </w:tcPr>
          <w:p w:rsidR="00F07010" w:rsidRPr="00B7592B" w:rsidRDefault="00F07010" w:rsidP="00F07010">
            <w:pPr>
              <w:jc w:val="center"/>
              <w:rPr>
                <w:color w:val="000000" w:themeColor="text1"/>
              </w:rPr>
            </w:pPr>
            <w:r w:rsidRPr="00B7592B">
              <w:rPr>
                <w:b/>
                <w:color w:val="000000" w:themeColor="text1"/>
                <w:sz w:val="28"/>
                <w:szCs w:val="28"/>
              </w:rPr>
              <w:sym w:font="Wingdings 2" w:char="F02A"/>
            </w:r>
          </w:p>
        </w:tc>
        <w:tc>
          <w:tcPr>
            <w:tcW w:w="640" w:type="dxa"/>
          </w:tcPr>
          <w:p w:rsidR="00F07010" w:rsidRPr="00B7592B" w:rsidRDefault="00F07010" w:rsidP="00F07010">
            <w:pPr>
              <w:jc w:val="center"/>
              <w:rPr>
                <w:color w:val="000000" w:themeColor="text1"/>
              </w:rPr>
            </w:pPr>
            <w:r w:rsidRPr="00B7592B">
              <w:rPr>
                <w:b/>
                <w:color w:val="000000" w:themeColor="text1"/>
                <w:sz w:val="28"/>
                <w:szCs w:val="28"/>
              </w:rPr>
              <w:sym w:font="Wingdings 2" w:char="F02A"/>
            </w:r>
          </w:p>
        </w:tc>
        <w:tc>
          <w:tcPr>
            <w:tcW w:w="640" w:type="dxa"/>
          </w:tcPr>
          <w:p w:rsidR="00F07010" w:rsidRPr="00B7592B" w:rsidRDefault="00F07010" w:rsidP="00F07010">
            <w:pPr>
              <w:jc w:val="center"/>
              <w:rPr>
                <w:color w:val="000000" w:themeColor="text1"/>
              </w:rPr>
            </w:pPr>
            <w:r w:rsidRPr="00B7592B">
              <w:rPr>
                <w:b/>
                <w:color w:val="000000" w:themeColor="text1"/>
                <w:sz w:val="28"/>
                <w:szCs w:val="28"/>
              </w:rPr>
              <w:sym w:font="Wingdings 2" w:char="F02A"/>
            </w:r>
          </w:p>
        </w:tc>
        <w:tc>
          <w:tcPr>
            <w:tcW w:w="640" w:type="dxa"/>
          </w:tcPr>
          <w:p w:rsidR="00F07010" w:rsidRPr="00B7592B" w:rsidRDefault="00F07010" w:rsidP="00F07010">
            <w:pPr>
              <w:jc w:val="center"/>
              <w:rPr>
                <w:color w:val="000000" w:themeColor="text1"/>
              </w:rPr>
            </w:pPr>
            <w:r w:rsidRPr="00B7592B">
              <w:rPr>
                <w:b/>
                <w:color w:val="000000" w:themeColor="text1"/>
                <w:sz w:val="28"/>
                <w:szCs w:val="28"/>
              </w:rPr>
              <w:sym w:font="Wingdings 2" w:char="F02A"/>
            </w:r>
          </w:p>
        </w:tc>
      </w:tr>
    </w:tbl>
    <w:p w:rsidR="00A7664C" w:rsidRPr="00B7592B" w:rsidRDefault="00A7664C" w:rsidP="00105CD4">
      <w:pPr>
        <w:spacing w:after="0"/>
        <w:rPr>
          <w:b/>
          <w:color w:val="000000" w:themeColor="text1"/>
          <w:sz w:val="16"/>
          <w:szCs w:val="16"/>
        </w:rPr>
      </w:pP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4968"/>
        <w:gridCol w:w="630"/>
        <w:gridCol w:w="630"/>
        <w:gridCol w:w="3600"/>
      </w:tblGrid>
      <w:tr w:rsidR="00B7592B" w:rsidRPr="00B7592B" w:rsidTr="00297DC1">
        <w:tc>
          <w:tcPr>
            <w:tcW w:w="9828" w:type="dxa"/>
            <w:gridSpan w:val="4"/>
          </w:tcPr>
          <w:p w:rsidR="00B84126" w:rsidRPr="00B7592B" w:rsidRDefault="00B84126" w:rsidP="00105CD4">
            <w:pPr>
              <w:pStyle w:val="ListParagraph"/>
              <w:numPr>
                <w:ilvl w:val="0"/>
                <w:numId w:val="11"/>
              </w:numPr>
              <w:ind w:left="360"/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Skills in the use of computer equipment and software and special skills</w:t>
            </w:r>
          </w:p>
        </w:tc>
      </w:tr>
      <w:tr w:rsidR="00B7592B" w:rsidRPr="00B7592B" w:rsidTr="00896D0A">
        <w:trPr>
          <w:trHeight w:val="701"/>
        </w:trPr>
        <w:tc>
          <w:tcPr>
            <w:tcW w:w="4968" w:type="dxa"/>
          </w:tcPr>
          <w:p w:rsidR="0058430C" w:rsidRDefault="0058430C" w:rsidP="00105CD4">
            <w:pPr>
              <w:spacing w:before="120"/>
              <w:ind w:left="360"/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Use of the following Computer Software</w:t>
            </w:r>
          </w:p>
          <w:p w:rsidR="00896D0A" w:rsidRPr="00B7592B" w:rsidRDefault="00896D0A" w:rsidP="00896D0A">
            <w:pPr>
              <w:ind w:left="360"/>
              <w:rPr>
                <w:b/>
                <w:color w:val="000000" w:themeColor="text1"/>
              </w:rPr>
            </w:pPr>
            <w:r w:rsidRPr="00896D0A">
              <w:rPr>
                <w:b/>
                <w:bCs/>
                <w:i/>
                <w:color w:val="000000" w:themeColor="text1"/>
                <w:sz w:val="20"/>
              </w:rPr>
              <w:t>(Place a check mark (</w:t>
            </w:r>
            <w:r>
              <w:rPr>
                <w:b/>
                <w:bCs/>
                <w:i/>
                <w:color w:val="000000" w:themeColor="text1"/>
                <w:sz w:val="20"/>
              </w:rPr>
              <w:sym w:font="Wingdings 2" w:char="F050"/>
            </w:r>
            <w:r w:rsidRPr="00896D0A">
              <w:rPr>
                <w:b/>
                <w:bCs/>
                <w:i/>
                <w:color w:val="000000" w:themeColor="text1"/>
                <w:sz w:val="20"/>
              </w:rPr>
              <w:t>) inside the relevant box)</w:t>
            </w:r>
          </w:p>
        </w:tc>
        <w:tc>
          <w:tcPr>
            <w:tcW w:w="630" w:type="dxa"/>
          </w:tcPr>
          <w:p w:rsidR="0058430C" w:rsidRPr="00B7592B" w:rsidRDefault="00B84126" w:rsidP="00105CD4">
            <w:pPr>
              <w:spacing w:before="120"/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Yes</w:t>
            </w:r>
          </w:p>
        </w:tc>
        <w:tc>
          <w:tcPr>
            <w:tcW w:w="630" w:type="dxa"/>
          </w:tcPr>
          <w:p w:rsidR="0058430C" w:rsidRPr="00B7592B" w:rsidRDefault="00B84126" w:rsidP="00105CD4">
            <w:pPr>
              <w:spacing w:before="120"/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No</w:t>
            </w:r>
          </w:p>
        </w:tc>
        <w:tc>
          <w:tcPr>
            <w:tcW w:w="3600" w:type="dxa"/>
          </w:tcPr>
          <w:p w:rsidR="0058430C" w:rsidRPr="00B7592B" w:rsidRDefault="00B84126" w:rsidP="00105CD4">
            <w:pPr>
              <w:spacing w:before="120"/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Special Skills, if any</w:t>
            </w:r>
          </w:p>
        </w:tc>
      </w:tr>
      <w:tr w:rsidR="00B7592B" w:rsidRPr="00B7592B" w:rsidTr="00297DC1">
        <w:tc>
          <w:tcPr>
            <w:tcW w:w="4968" w:type="dxa"/>
          </w:tcPr>
          <w:p w:rsidR="00297DC1" w:rsidRPr="00B7592B" w:rsidRDefault="00297DC1" w:rsidP="00105CD4">
            <w:pPr>
              <w:spacing w:before="120"/>
              <w:ind w:left="360"/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 xml:space="preserve">Operating Systems (Microsoft Windows) </w:t>
            </w:r>
          </w:p>
        </w:tc>
        <w:tc>
          <w:tcPr>
            <w:tcW w:w="630" w:type="dxa"/>
          </w:tcPr>
          <w:p w:rsidR="00297DC1" w:rsidRPr="00B7592B" w:rsidRDefault="00297DC1" w:rsidP="00297DC1">
            <w:pPr>
              <w:jc w:val="center"/>
              <w:rPr>
                <w:color w:val="000000" w:themeColor="text1"/>
              </w:rPr>
            </w:pPr>
            <w:r w:rsidRPr="00B7592B">
              <w:rPr>
                <w:b/>
                <w:color w:val="000000" w:themeColor="text1"/>
                <w:sz w:val="28"/>
                <w:szCs w:val="28"/>
              </w:rPr>
              <w:sym w:font="Wingdings 2" w:char="F02A"/>
            </w:r>
          </w:p>
        </w:tc>
        <w:tc>
          <w:tcPr>
            <w:tcW w:w="630" w:type="dxa"/>
          </w:tcPr>
          <w:p w:rsidR="00297DC1" w:rsidRPr="00B7592B" w:rsidRDefault="00297DC1" w:rsidP="00297DC1">
            <w:pPr>
              <w:jc w:val="center"/>
              <w:rPr>
                <w:color w:val="000000" w:themeColor="text1"/>
              </w:rPr>
            </w:pPr>
            <w:r w:rsidRPr="00B7592B">
              <w:rPr>
                <w:b/>
                <w:color w:val="000000" w:themeColor="text1"/>
                <w:sz w:val="28"/>
                <w:szCs w:val="28"/>
              </w:rPr>
              <w:sym w:font="Wingdings 2" w:char="F02A"/>
            </w:r>
          </w:p>
        </w:tc>
        <w:tc>
          <w:tcPr>
            <w:tcW w:w="3600" w:type="dxa"/>
          </w:tcPr>
          <w:p w:rsidR="00297DC1" w:rsidRPr="00B7592B" w:rsidRDefault="00297DC1" w:rsidP="00105CD4">
            <w:pPr>
              <w:spacing w:before="120"/>
              <w:rPr>
                <w:b/>
                <w:color w:val="000000" w:themeColor="text1"/>
              </w:rPr>
            </w:pPr>
          </w:p>
        </w:tc>
      </w:tr>
      <w:tr w:rsidR="00B7592B" w:rsidRPr="00B7592B" w:rsidTr="00297DC1">
        <w:tc>
          <w:tcPr>
            <w:tcW w:w="4968" w:type="dxa"/>
          </w:tcPr>
          <w:p w:rsidR="00297DC1" w:rsidRPr="00B7592B" w:rsidRDefault="00297DC1" w:rsidP="00105CD4">
            <w:pPr>
              <w:spacing w:before="120"/>
              <w:ind w:left="360"/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Application Software (Microsoft Office)</w:t>
            </w:r>
          </w:p>
        </w:tc>
        <w:tc>
          <w:tcPr>
            <w:tcW w:w="630" w:type="dxa"/>
          </w:tcPr>
          <w:p w:rsidR="00297DC1" w:rsidRPr="00B7592B" w:rsidRDefault="00297DC1" w:rsidP="00297DC1">
            <w:pPr>
              <w:jc w:val="center"/>
              <w:rPr>
                <w:color w:val="000000" w:themeColor="text1"/>
              </w:rPr>
            </w:pPr>
            <w:r w:rsidRPr="00B7592B">
              <w:rPr>
                <w:b/>
                <w:color w:val="000000" w:themeColor="text1"/>
                <w:sz w:val="28"/>
                <w:szCs w:val="28"/>
              </w:rPr>
              <w:sym w:font="Wingdings 2" w:char="F02A"/>
            </w:r>
          </w:p>
        </w:tc>
        <w:tc>
          <w:tcPr>
            <w:tcW w:w="630" w:type="dxa"/>
          </w:tcPr>
          <w:p w:rsidR="00297DC1" w:rsidRPr="00B7592B" w:rsidRDefault="00297DC1" w:rsidP="00297DC1">
            <w:pPr>
              <w:jc w:val="center"/>
              <w:rPr>
                <w:color w:val="000000" w:themeColor="text1"/>
              </w:rPr>
            </w:pPr>
            <w:r w:rsidRPr="00B7592B">
              <w:rPr>
                <w:b/>
                <w:color w:val="000000" w:themeColor="text1"/>
                <w:sz w:val="28"/>
                <w:szCs w:val="28"/>
              </w:rPr>
              <w:sym w:font="Wingdings 2" w:char="F02A"/>
            </w:r>
          </w:p>
        </w:tc>
        <w:tc>
          <w:tcPr>
            <w:tcW w:w="3600" w:type="dxa"/>
          </w:tcPr>
          <w:p w:rsidR="00297DC1" w:rsidRPr="00B7592B" w:rsidRDefault="00297DC1" w:rsidP="00105CD4">
            <w:pPr>
              <w:spacing w:before="120"/>
              <w:rPr>
                <w:b/>
                <w:color w:val="000000" w:themeColor="text1"/>
              </w:rPr>
            </w:pPr>
          </w:p>
        </w:tc>
      </w:tr>
      <w:tr w:rsidR="00B7592B" w:rsidRPr="00B7592B" w:rsidTr="00297DC1">
        <w:tc>
          <w:tcPr>
            <w:tcW w:w="4968" w:type="dxa"/>
          </w:tcPr>
          <w:p w:rsidR="00297DC1" w:rsidRPr="00B7592B" w:rsidRDefault="00297DC1" w:rsidP="00105CD4">
            <w:pPr>
              <w:spacing w:before="120"/>
              <w:ind w:left="360"/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Email Tools (Gmail/Microsoft Outlook)</w:t>
            </w:r>
          </w:p>
        </w:tc>
        <w:tc>
          <w:tcPr>
            <w:tcW w:w="630" w:type="dxa"/>
          </w:tcPr>
          <w:p w:rsidR="00297DC1" w:rsidRPr="00B7592B" w:rsidRDefault="00297DC1" w:rsidP="00297DC1">
            <w:pPr>
              <w:jc w:val="center"/>
              <w:rPr>
                <w:color w:val="000000" w:themeColor="text1"/>
              </w:rPr>
            </w:pPr>
            <w:r w:rsidRPr="00B7592B">
              <w:rPr>
                <w:b/>
                <w:color w:val="000000" w:themeColor="text1"/>
                <w:sz w:val="28"/>
                <w:szCs w:val="28"/>
              </w:rPr>
              <w:sym w:font="Wingdings 2" w:char="F02A"/>
            </w:r>
          </w:p>
        </w:tc>
        <w:tc>
          <w:tcPr>
            <w:tcW w:w="630" w:type="dxa"/>
          </w:tcPr>
          <w:p w:rsidR="00297DC1" w:rsidRPr="00B7592B" w:rsidRDefault="00297DC1" w:rsidP="00297DC1">
            <w:pPr>
              <w:jc w:val="center"/>
              <w:rPr>
                <w:color w:val="000000" w:themeColor="text1"/>
              </w:rPr>
            </w:pPr>
            <w:r w:rsidRPr="00B7592B">
              <w:rPr>
                <w:b/>
                <w:color w:val="000000" w:themeColor="text1"/>
                <w:sz w:val="28"/>
                <w:szCs w:val="28"/>
              </w:rPr>
              <w:sym w:font="Wingdings 2" w:char="F02A"/>
            </w:r>
          </w:p>
        </w:tc>
        <w:tc>
          <w:tcPr>
            <w:tcW w:w="3600" w:type="dxa"/>
          </w:tcPr>
          <w:p w:rsidR="00297DC1" w:rsidRPr="00B7592B" w:rsidRDefault="00297DC1" w:rsidP="00105CD4">
            <w:pPr>
              <w:spacing w:before="120"/>
              <w:rPr>
                <w:b/>
                <w:color w:val="000000" w:themeColor="text1"/>
              </w:rPr>
            </w:pPr>
          </w:p>
        </w:tc>
      </w:tr>
      <w:tr w:rsidR="00B7592B" w:rsidRPr="00B7592B" w:rsidTr="00297DC1">
        <w:tc>
          <w:tcPr>
            <w:tcW w:w="4968" w:type="dxa"/>
          </w:tcPr>
          <w:p w:rsidR="00297DC1" w:rsidRPr="00B7592B" w:rsidRDefault="00297DC1" w:rsidP="00105CD4">
            <w:pPr>
              <w:spacing w:before="120"/>
              <w:ind w:left="360"/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Communication Tools (Social Media &amp; Web Ex)</w:t>
            </w:r>
          </w:p>
        </w:tc>
        <w:tc>
          <w:tcPr>
            <w:tcW w:w="630" w:type="dxa"/>
          </w:tcPr>
          <w:p w:rsidR="00297DC1" w:rsidRPr="00B7592B" w:rsidRDefault="00297DC1" w:rsidP="00297DC1">
            <w:pPr>
              <w:jc w:val="center"/>
              <w:rPr>
                <w:color w:val="000000" w:themeColor="text1"/>
              </w:rPr>
            </w:pPr>
            <w:r w:rsidRPr="00B7592B">
              <w:rPr>
                <w:b/>
                <w:color w:val="000000" w:themeColor="text1"/>
                <w:sz w:val="28"/>
                <w:szCs w:val="28"/>
              </w:rPr>
              <w:sym w:font="Wingdings 2" w:char="F02A"/>
            </w:r>
          </w:p>
        </w:tc>
        <w:tc>
          <w:tcPr>
            <w:tcW w:w="630" w:type="dxa"/>
          </w:tcPr>
          <w:p w:rsidR="00297DC1" w:rsidRPr="00B7592B" w:rsidRDefault="00297DC1" w:rsidP="00297DC1">
            <w:pPr>
              <w:jc w:val="center"/>
              <w:rPr>
                <w:color w:val="000000" w:themeColor="text1"/>
              </w:rPr>
            </w:pPr>
            <w:r w:rsidRPr="00B7592B">
              <w:rPr>
                <w:b/>
                <w:color w:val="000000" w:themeColor="text1"/>
                <w:sz w:val="28"/>
                <w:szCs w:val="28"/>
              </w:rPr>
              <w:sym w:font="Wingdings 2" w:char="F02A"/>
            </w:r>
          </w:p>
        </w:tc>
        <w:tc>
          <w:tcPr>
            <w:tcW w:w="3600" w:type="dxa"/>
          </w:tcPr>
          <w:p w:rsidR="00297DC1" w:rsidRPr="00B7592B" w:rsidRDefault="00297DC1" w:rsidP="00105CD4">
            <w:pPr>
              <w:spacing w:before="120"/>
              <w:rPr>
                <w:b/>
                <w:color w:val="000000" w:themeColor="text1"/>
              </w:rPr>
            </w:pPr>
          </w:p>
        </w:tc>
      </w:tr>
      <w:tr w:rsidR="00B7592B" w:rsidRPr="00B7592B" w:rsidTr="00297DC1">
        <w:tc>
          <w:tcPr>
            <w:tcW w:w="4968" w:type="dxa"/>
          </w:tcPr>
          <w:p w:rsidR="00297DC1" w:rsidRPr="00B7592B" w:rsidRDefault="00297DC1" w:rsidP="00105CD4">
            <w:pPr>
              <w:spacing w:before="120"/>
              <w:ind w:left="360"/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Document Management &amp; Sharing</w:t>
            </w:r>
          </w:p>
        </w:tc>
        <w:tc>
          <w:tcPr>
            <w:tcW w:w="630" w:type="dxa"/>
          </w:tcPr>
          <w:p w:rsidR="00297DC1" w:rsidRPr="00B7592B" w:rsidRDefault="00297DC1" w:rsidP="00297DC1">
            <w:pPr>
              <w:jc w:val="center"/>
              <w:rPr>
                <w:color w:val="000000" w:themeColor="text1"/>
              </w:rPr>
            </w:pPr>
            <w:r w:rsidRPr="00B7592B">
              <w:rPr>
                <w:b/>
                <w:color w:val="000000" w:themeColor="text1"/>
                <w:sz w:val="28"/>
                <w:szCs w:val="28"/>
              </w:rPr>
              <w:sym w:font="Wingdings 2" w:char="F02A"/>
            </w:r>
          </w:p>
        </w:tc>
        <w:tc>
          <w:tcPr>
            <w:tcW w:w="630" w:type="dxa"/>
          </w:tcPr>
          <w:p w:rsidR="00297DC1" w:rsidRPr="00B7592B" w:rsidRDefault="00297DC1" w:rsidP="00297DC1">
            <w:pPr>
              <w:jc w:val="center"/>
              <w:rPr>
                <w:color w:val="000000" w:themeColor="text1"/>
              </w:rPr>
            </w:pPr>
            <w:r w:rsidRPr="00B7592B">
              <w:rPr>
                <w:b/>
                <w:color w:val="000000" w:themeColor="text1"/>
                <w:sz w:val="28"/>
                <w:szCs w:val="28"/>
              </w:rPr>
              <w:sym w:font="Wingdings 2" w:char="F02A"/>
            </w:r>
          </w:p>
        </w:tc>
        <w:tc>
          <w:tcPr>
            <w:tcW w:w="3600" w:type="dxa"/>
          </w:tcPr>
          <w:p w:rsidR="00297DC1" w:rsidRPr="00B7592B" w:rsidRDefault="00297DC1" w:rsidP="00105CD4">
            <w:pPr>
              <w:spacing w:before="120"/>
              <w:rPr>
                <w:b/>
                <w:color w:val="000000" w:themeColor="text1"/>
              </w:rPr>
            </w:pPr>
          </w:p>
        </w:tc>
      </w:tr>
      <w:tr w:rsidR="00297DC1" w:rsidRPr="00B7592B" w:rsidTr="00297DC1">
        <w:tc>
          <w:tcPr>
            <w:tcW w:w="4968" w:type="dxa"/>
          </w:tcPr>
          <w:p w:rsidR="00297DC1" w:rsidRPr="00B7592B" w:rsidRDefault="00297DC1" w:rsidP="00105CD4">
            <w:pPr>
              <w:spacing w:before="120"/>
              <w:ind w:left="360"/>
              <w:rPr>
                <w:b/>
                <w:color w:val="000000" w:themeColor="text1"/>
              </w:rPr>
            </w:pPr>
            <w:r w:rsidRPr="00B7592B">
              <w:rPr>
                <w:b/>
                <w:color w:val="000000" w:themeColor="text1"/>
              </w:rPr>
              <w:t>Security &amp; Backup tools</w:t>
            </w:r>
          </w:p>
        </w:tc>
        <w:tc>
          <w:tcPr>
            <w:tcW w:w="630" w:type="dxa"/>
          </w:tcPr>
          <w:p w:rsidR="00297DC1" w:rsidRPr="00B7592B" w:rsidRDefault="00297DC1" w:rsidP="00297DC1">
            <w:pPr>
              <w:jc w:val="center"/>
              <w:rPr>
                <w:color w:val="000000" w:themeColor="text1"/>
              </w:rPr>
            </w:pPr>
            <w:r w:rsidRPr="00B7592B">
              <w:rPr>
                <w:b/>
                <w:color w:val="000000" w:themeColor="text1"/>
                <w:sz w:val="28"/>
                <w:szCs w:val="28"/>
              </w:rPr>
              <w:sym w:font="Wingdings 2" w:char="F02A"/>
            </w:r>
          </w:p>
        </w:tc>
        <w:tc>
          <w:tcPr>
            <w:tcW w:w="630" w:type="dxa"/>
          </w:tcPr>
          <w:p w:rsidR="00297DC1" w:rsidRPr="00B7592B" w:rsidRDefault="00297DC1" w:rsidP="00297DC1">
            <w:pPr>
              <w:jc w:val="center"/>
              <w:rPr>
                <w:color w:val="000000" w:themeColor="text1"/>
              </w:rPr>
            </w:pPr>
            <w:r w:rsidRPr="00B7592B">
              <w:rPr>
                <w:b/>
                <w:color w:val="000000" w:themeColor="text1"/>
                <w:sz w:val="28"/>
                <w:szCs w:val="28"/>
              </w:rPr>
              <w:sym w:font="Wingdings 2" w:char="F02A"/>
            </w:r>
          </w:p>
        </w:tc>
        <w:tc>
          <w:tcPr>
            <w:tcW w:w="3600" w:type="dxa"/>
          </w:tcPr>
          <w:p w:rsidR="00297DC1" w:rsidRPr="00B7592B" w:rsidRDefault="00297DC1" w:rsidP="00105CD4">
            <w:pPr>
              <w:spacing w:before="120"/>
              <w:rPr>
                <w:b/>
                <w:color w:val="000000" w:themeColor="text1"/>
              </w:rPr>
            </w:pPr>
          </w:p>
        </w:tc>
      </w:tr>
    </w:tbl>
    <w:p w:rsidR="0058430C" w:rsidRPr="00B7592B" w:rsidRDefault="0058430C" w:rsidP="00F07010">
      <w:pPr>
        <w:spacing w:before="240" w:after="80"/>
        <w:rPr>
          <w:b/>
          <w:color w:val="000000" w:themeColor="text1"/>
        </w:rPr>
      </w:pPr>
    </w:p>
    <w:p w:rsidR="008543A9" w:rsidRPr="00B7592B" w:rsidRDefault="007B2D7E" w:rsidP="00CA7574">
      <w:pPr>
        <w:pStyle w:val="ListParagraph"/>
        <w:numPr>
          <w:ilvl w:val="0"/>
          <w:numId w:val="11"/>
        </w:numPr>
        <w:spacing w:after="0" w:line="240" w:lineRule="auto"/>
        <w:ind w:left="360"/>
        <w:rPr>
          <w:b/>
          <w:color w:val="000000" w:themeColor="text1"/>
          <w:szCs w:val="20"/>
        </w:rPr>
      </w:pPr>
      <w:r w:rsidRPr="00B7592B">
        <w:rPr>
          <w:b/>
          <w:color w:val="000000" w:themeColor="text1"/>
          <w:szCs w:val="20"/>
        </w:rPr>
        <w:t>Other Achievements:</w:t>
      </w:r>
    </w:p>
    <w:tbl>
      <w:tblPr>
        <w:tblW w:w="0" w:type="auto"/>
        <w:jc w:val="center"/>
        <w:tblInd w:w="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820"/>
        <w:gridCol w:w="7641"/>
        <w:gridCol w:w="1342"/>
      </w:tblGrid>
      <w:tr w:rsidR="00B7592B" w:rsidRPr="00B7592B" w:rsidTr="00030D02">
        <w:trPr>
          <w:jc w:val="center"/>
        </w:trPr>
        <w:tc>
          <w:tcPr>
            <w:tcW w:w="8461" w:type="dxa"/>
            <w:gridSpan w:val="2"/>
          </w:tcPr>
          <w:p w:rsidR="00CA7574" w:rsidRPr="00B7592B" w:rsidRDefault="00CA7574">
            <w:pPr>
              <w:jc w:val="center"/>
              <w:rPr>
                <w:color w:val="000000" w:themeColor="text1"/>
              </w:rPr>
            </w:pPr>
            <w:r w:rsidRPr="00B7592B">
              <w:rPr>
                <w:b/>
                <w:color w:val="000000" w:themeColor="text1"/>
                <w:sz w:val="20"/>
              </w:rPr>
              <w:t>Achievement</w:t>
            </w:r>
          </w:p>
        </w:tc>
        <w:tc>
          <w:tcPr>
            <w:tcW w:w="1342" w:type="dxa"/>
            <w:shd w:val="clear" w:color="auto" w:fill="auto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CA7574" w:rsidRPr="00B7592B" w:rsidRDefault="00CA7574">
            <w:pPr>
              <w:jc w:val="center"/>
              <w:rPr>
                <w:color w:val="000000" w:themeColor="text1"/>
              </w:rPr>
            </w:pPr>
            <w:r w:rsidRPr="00B7592B">
              <w:rPr>
                <w:b/>
                <w:color w:val="000000" w:themeColor="text1"/>
                <w:sz w:val="20"/>
              </w:rPr>
              <w:t>Year</w:t>
            </w:r>
          </w:p>
        </w:tc>
      </w:tr>
      <w:tr w:rsidR="00B7592B" w:rsidRPr="00B7592B" w:rsidTr="00CA7574">
        <w:trPr>
          <w:jc w:val="center"/>
        </w:trPr>
        <w:tc>
          <w:tcPr>
            <w:tcW w:w="820" w:type="dxa"/>
          </w:tcPr>
          <w:p w:rsidR="00CA7574" w:rsidRPr="00B7592B" w:rsidRDefault="00CA7574" w:rsidP="00CA7574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76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7574" w:rsidRPr="00B7592B" w:rsidRDefault="00CA7574" w:rsidP="00CA7574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3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7574" w:rsidRPr="00B7592B" w:rsidRDefault="00CA7574" w:rsidP="00CA7574">
            <w:pPr>
              <w:spacing w:after="0"/>
              <w:rPr>
                <w:color w:val="000000" w:themeColor="text1"/>
              </w:rPr>
            </w:pPr>
          </w:p>
        </w:tc>
      </w:tr>
      <w:tr w:rsidR="00B7592B" w:rsidRPr="00B7592B" w:rsidTr="00CA7574">
        <w:trPr>
          <w:jc w:val="center"/>
        </w:trPr>
        <w:tc>
          <w:tcPr>
            <w:tcW w:w="820" w:type="dxa"/>
          </w:tcPr>
          <w:p w:rsidR="00CA7574" w:rsidRPr="00B7592B" w:rsidRDefault="00CA7574" w:rsidP="00CA7574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76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7574" w:rsidRPr="00B7592B" w:rsidRDefault="00CA7574" w:rsidP="00CA7574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3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7574" w:rsidRPr="00B7592B" w:rsidRDefault="00CA7574" w:rsidP="00CA7574">
            <w:pPr>
              <w:spacing w:after="0"/>
              <w:rPr>
                <w:color w:val="000000" w:themeColor="text1"/>
              </w:rPr>
            </w:pPr>
          </w:p>
        </w:tc>
      </w:tr>
      <w:tr w:rsidR="00B7592B" w:rsidRPr="00B7592B" w:rsidTr="00CA7574">
        <w:trPr>
          <w:jc w:val="center"/>
        </w:trPr>
        <w:tc>
          <w:tcPr>
            <w:tcW w:w="820" w:type="dxa"/>
          </w:tcPr>
          <w:p w:rsidR="00CA7574" w:rsidRPr="00B7592B" w:rsidRDefault="00CA7574" w:rsidP="00CA7574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76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7574" w:rsidRPr="00B7592B" w:rsidRDefault="00CA7574" w:rsidP="00CA7574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3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7574" w:rsidRPr="00B7592B" w:rsidRDefault="00CA7574" w:rsidP="00CA7574">
            <w:pPr>
              <w:spacing w:after="0"/>
              <w:rPr>
                <w:color w:val="000000" w:themeColor="text1"/>
              </w:rPr>
            </w:pPr>
          </w:p>
        </w:tc>
      </w:tr>
      <w:tr w:rsidR="00B7592B" w:rsidRPr="00B7592B" w:rsidTr="00CA7574">
        <w:trPr>
          <w:jc w:val="center"/>
        </w:trPr>
        <w:tc>
          <w:tcPr>
            <w:tcW w:w="820" w:type="dxa"/>
          </w:tcPr>
          <w:p w:rsidR="00CA7574" w:rsidRPr="00B7592B" w:rsidRDefault="00CA7574" w:rsidP="00CA7574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76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7574" w:rsidRPr="00B7592B" w:rsidRDefault="00CA7574" w:rsidP="00CA7574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3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7574" w:rsidRPr="00B7592B" w:rsidRDefault="00CA7574" w:rsidP="00CA7574">
            <w:pPr>
              <w:spacing w:after="0"/>
              <w:rPr>
                <w:color w:val="000000" w:themeColor="text1"/>
              </w:rPr>
            </w:pPr>
          </w:p>
        </w:tc>
      </w:tr>
      <w:tr w:rsidR="00B7592B" w:rsidRPr="00B7592B" w:rsidTr="00CA7574">
        <w:trPr>
          <w:jc w:val="center"/>
        </w:trPr>
        <w:tc>
          <w:tcPr>
            <w:tcW w:w="820" w:type="dxa"/>
          </w:tcPr>
          <w:p w:rsidR="00CA7574" w:rsidRPr="00B7592B" w:rsidRDefault="00CA7574" w:rsidP="00CA7574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76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7574" w:rsidRPr="00B7592B" w:rsidRDefault="00CA7574" w:rsidP="00CA7574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3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7574" w:rsidRPr="00B7592B" w:rsidRDefault="00CA7574" w:rsidP="00CA7574">
            <w:pPr>
              <w:spacing w:after="0"/>
              <w:rPr>
                <w:color w:val="000000" w:themeColor="text1"/>
              </w:rPr>
            </w:pPr>
          </w:p>
        </w:tc>
      </w:tr>
      <w:tr w:rsidR="00B7592B" w:rsidRPr="00B7592B" w:rsidTr="00CA7574">
        <w:trPr>
          <w:jc w:val="center"/>
        </w:trPr>
        <w:tc>
          <w:tcPr>
            <w:tcW w:w="820" w:type="dxa"/>
          </w:tcPr>
          <w:p w:rsidR="00CA7574" w:rsidRPr="00B7592B" w:rsidRDefault="00CA7574" w:rsidP="00CA7574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76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7574" w:rsidRPr="00B7592B" w:rsidRDefault="00CA7574" w:rsidP="00CA7574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3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7574" w:rsidRPr="00B7592B" w:rsidRDefault="00CA7574" w:rsidP="00CA7574">
            <w:pPr>
              <w:spacing w:after="0"/>
              <w:rPr>
                <w:color w:val="000000" w:themeColor="text1"/>
              </w:rPr>
            </w:pPr>
          </w:p>
        </w:tc>
      </w:tr>
      <w:tr w:rsidR="00B7592B" w:rsidRPr="00B7592B" w:rsidTr="00CA7574">
        <w:trPr>
          <w:jc w:val="center"/>
        </w:trPr>
        <w:tc>
          <w:tcPr>
            <w:tcW w:w="820" w:type="dxa"/>
          </w:tcPr>
          <w:p w:rsidR="00CA7574" w:rsidRPr="00B7592B" w:rsidRDefault="00CA7574" w:rsidP="00CA7574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76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7574" w:rsidRPr="00B7592B" w:rsidRDefault="00CA7574" w:rsidP="00CA7574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3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7574" w:rsidRPr="00B7592B" w:rsidRDefault="00CA7574" w:rsidP="00CA7574">
            <w:pPr>
              <w:spacing w:after="0"/>
              <w:rPr>
                <w:color w:val="000000" w:themeColor="text1"/>
              </w:rPr>
            </w:pPr>
          </w:p>
        </w:tc>
      </w:tr>
    </w:tbl>
    <w:p w:rsidR="008543A9" w:rsidRPr="00B7592B" w:rsidRDefault="007B2D7E" w:rsidP="00D421C0">
      <w:pPr>
        <w:pStyle w:val="ListParagraph"/>
        <w:numPr>
          <w:ilvl w:val="0"/>
          <w:numId w:val="11"/>
        </w:numPr>
        <w:spacing w:before="240" w:after="0" w:line="240" w:lineRule="auto"/>
        <w:ind w:left="360"/>
        <w:rPr>
          <w:color w:val="000000" w:themeColor="text1"/>
          <w:sz w:val="20"/>
          <w:szCs w:val="20"/>
        </w:rPr>
      </w:pPr>
      <w:r w:rsidRPr="00B7592B">
        <w:rPr>
          <w:b/>
          <w:color w:val="000000" w:themeColor="text1"/>
          <w:szCs w:val="20"/>
        </w:rPr>
        <w:t>Names of two non-related referees with addresses and Contact Nos.</w:t>
      </w: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852"/>
        <w:gridCol w:w="3777"/>
        <w:gridCol w:w="5174"/>
      </w:tblGrid>
      <w:tr w:rsidR="00B7592B" w:rsidRPr="00B7592B" w:rsidTr="00CA7574">
        <w:trPr>
          <w:jc w:val="center"/>
        </w:trPr>
        <w:tc>
          <w:tcPr>
            <w:tcW w:w="864" w:type="dxa"/>
            <w:shd w:val="clear" w:color="auto" w:fill="auto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8543A9" w:rsidRPr="00B7592B" w:rsidRDefault="007B2D7E" w:rsidP="00D421C0">
            <w:pPr>
              <w:spacing w:before="240" w:after="0"/>
              <w:jc w:val="center"/>
              <w:rPr>
                <w:color w:val="000000" w:themeColor="text1"/>
                <w:szCs w:val="24"/>
              </w:rPr>
            </w:pPr>
            <w:r w:rsidRPr="00B7592B">
              <w:rPr>
                <w:b/>
                <w:color w:val="000000" w:themeColor="text1"/>
                <w:szCs w:val="24"/>
              </w:rPr>
              <w:t>No.</w:t>
            </w:r>
          </w:p>
        </w:tc>
        <w:tc>
          <w:tcPr>
            <w:tcW w:w="3888" w:type="dxa"/>
            <w:shd w:val="clear" w:color="auto" w:fill="auto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8543A9" w:rsidRPr="00B7592B" w:rsidRDefault="007B2D7E" w:rsidP="00D421C0">
            <w:pPr>
              <w:spacing w:before="240" w:after="0"/>
              <w:jc w:val="center"/>
              <w:rPr>
                <w:color w:val="000000" w:themeColor="text1"/>
                <w:szCs w:val="24"/>
              </w:rPr>
            </w:pPr>
            <w:r w:rsidRPr="00B7592B">
              <w:rPr>
                <w:b/>
                <w:color w:val="000000" w:themeColor="text1"/>
                <w:szCs w:val="24"/>
              </w:rPr>
              <w:t>Name</w:t>
            </w:r>
          </w:p>
        </w:tc>
        <w:tc>
          <w:tcPr>
            <w:tcW w:w="5328" w:type="dxa"/>
            <w:shd w:val="clear" w:color="auto" w:fill="auto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8543A9" w:rsidRPr="00B7592B" w:rsidRDefault="007B2D7E" w:rsidP="00D421C0">
            <w:pPr>
              <w:spacing w:before="240" w:after="0"/>
              <w:jc w:val="center"/>
              <w:rPr>
                <w:color w:val="000000" w:themeColor="text1"/>
                <w:szCs w:val="24"/>
              </w:rPr>
            </w:pPr>
            <w:r w:rsidRPr="00B7592B">
              <w:rPr>
                <w:b/>
                <w:color w:val="000000" w:themeColor="text1"/>
                <w:szCs w:val="24"/>
              </w:rPr>
              <w:t>Address &amp; Contact No.</w:t>
            </w:r>
          </w:p>
        </w:tc>
      </w:tr>
      <w:tr w:rsidR="00B7592B" w:rsidRPr="00B7592B" w:rsidTr="00CA7574">
        <w:trPr>
          <w:jc w:val="center"/>
        </w:trPr>
        <w:tc>
          <w:tcPr>
            <w:tcW w:w="8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43A9" w:rsidRPr="00B7592B" w:rsidRDefault="007B2D7E">
            <w:pPr>
              <w:jc w:val="center"/>
              <w:rPr>
                <w:color w:val="000000" w:themeColor="text1"/>
                <w:szCs w:val="24"/>
              </w:rPr>
            </w:pPr>
            <w:r w:rsidRPr="00B7592B">
              <w:rPr>
                <w:color w:val="000000" w:themeColor="text1"/>
                <w:szCs w:val="24"/>
              </w:rPr>
              <w:t>1.</w:t>
            </w:r>
          </w:p>
        </w:tc>
        <w:tc>
          <w:tcPr>
            <w:tcW w:w="38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43A9" w:rsidRPr="00B7592B" w:rsidRDefault="008543A9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53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43A9" w:rsidRPr="00B7592B" w:rsidRDefault="008543A9">
            <w:pPr>
              <w:rPr>
                <w:color w:val="000000" w:themeColor="text1"/>
                <w:szCs w:val="24"/>
              </w:rPr>
            </w:pPr>
          </w:p>
          <w:p w:rsidR="00A810D1" w:rsidRPr="00B7592B" w:rsidRDefault="00A810D1">
            <w:pPr>
              <w:rPr>
                <w:color w:val="000000" w:themeColor="text1"/>
                <w:szCs w:val="24"/>
              </w:rPr>
            </w:pPr>
          </w:p>
        </w:tc>
      </w:tr>
      <w:tr w:rsidR="00B7592B" w:rsidRPr="00B7592B" w:rsidTr="00CA7574">
        <w:trPr>
          <w:jc w:val="center"/>
        </w:trPr>
        <w:tc>
          <w:tcPr>
            <w:tcW w:w="8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43A9" w:rsidRPr="00B7592B" w:rsidRDefault="007B2D7E">
            <w:pPr>
              <w:jc w:val="center"/>
              <w:rPr>
                <w:color w:val="000000" w:themeColor="text1"/>
                <w:szCs w:val="24"/>
              </w:rPr>
            </w:pPr>
            <w:r w:rsidRPr="00B7592B">
              <w:rPr>
                <w:color w:val="000000" w:themeColor="text1"/>
                <w:szCs w:val="24"/>
              </w:rPr>
              <w:t>2.</w:t>
            </w:r>
          </w:p>
        </w:tc>
        <w:tc>
          <w:tcPr>
            <w:tcW w:w="38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43A9" w:rsidRPr="00B7592B" w:rsidRDefault="008543A9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53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43A9" w:rsidRPr="00B7592B" w:rsidRDefault="008543A9">
            <w:pPr>
              <w:rPr>
                <w:color w:val="000000" w:themeColor="text1"/>
                <w:szCs w:val="24"/>
              </w:rPr>
            </w:pPr>
          </w:p>
          <w:p w:rsidR="00A810D1" w:rsidRPr="00B7592B" w:rsidRDefault="00A810D1">
            <w:pPr>
              <w:rPr>
                <w:color w:val="000000" w:themeColor="text1"/>
                <w:szCs w:val="24"/>
              </w:rPr>
            </w:pPr>
          </w:p>
        </w:tc>
      </w:tr>
    </w:tbl>
    <w:p w:rsidR="008543A9" w:rsidRPr="00B7592B" w:rsidRDefault="007B2D7E" w:rsidP="00D421C0">
      <w:pPr>
        <w:pStyle w:val="ListParagraph"/>
        <w:numPr>
          <w:ilvl w:val="0"/>
          <w:numId w:val="11"/>
        </w:numPr>
        <w:spacing w:before="240" w:after="0" w:line="240" w:lineRule="auto"/>
        <w:ind w:left="360"/>
        <w:rPr>
          <w:b/>
          <w:color w:val="000000" w:themeColor="text1"/>
          <w:sz w:val="24"/>
        </w:rPr>
      </w:pPr>
      <w:r w:rsidRPr="00B7592B">
        <w:rPr>
          <w:b/>
          <w:color w:val="000000" w:themeColor="text1"/>
          <w:szCs w:val="20"/>
        </w:rPr>
        <w:t xml:space="preserve">Have you been convicted of a criminal offence in a Court of Law? If so, give details: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19"/>
      </w:tblGrid>
      <w:tr w:rsidR="00D421C0" w:rsidRPr="00B7592B" w:rsidTr="00D421C0">
        <w:tc>
          <w:tcPr>
            <w:tcW w:w="9819" w:type="dxa"/>
          </w:tcPr>
          <w:p w:rsidR="00D421C0" w:rsidRPr="00B7592B" w:rsidRDefault="00D421C0" w:rsidP="00D421C0">
            <w:pPr>
              <w:spacing w:before="240" w:after="120"/>
              <w:rPr>
                <w:color w:val="000000" w:themeColor="text1"/>
              </w:rPr>
            </w:pPr>
          </w:p>
        </w:tc>
      </w:tr>
    </w:tbl>
    <w:p w:rsidR="00622B35" w:rsidRPr="00B7592B" w:rsidRDefault="00622B35">
      <w:pPr>
        <w:spacing w:before="80" w:after="120"/>
        <w:rPr>
          <w:color w:val="000000" w:themeColor="text1"/>
        </w:rPr>
      </w:pPr>
    </w:p>
    <w:p w:rsidR="008543A9" w:rsidRPr="00B7592B" w:rsidRDefault="007B2D7E" w:rsidP="00064FA8">
      <w:pPr>
        <w:pStyle w:val="ListParagraph"/>
        <w:numPr>
          <w:ilvl w:val="0"/>
          <w:numId w:val="11"/>
        </w:numPr>
        <w:spacing w:before="240" w:after="0" w:line="240" w:lineRule="auto"/>
        <w:ind w:left="360"/>
        <w:rPr>
          <w:color w:val="000000" w:themeColor="text1"/>
        </w:rPr>
      </w:pPr>
      <w:r w:rsidRPr="00B7592B">
        <w:rPr>
          <w:b/>
          <w:color w:val="000000" w:themeColor="text1"/>
        </w:rPr>
        <w:t>Certified Copies of the following certificates (Not originals) should be attached:</w:t>
      </w:r>
      <w:r w:rsidRPr="00B7592B">
        <w:rPr>
          <w:color w:val="000000" w:themeColor="text1"/>
        </w:rPr>
        <w:br/>
        <w:t xml:space="preserve">     P.S. Applications not supported by copies of these certificates will be rejected</w:t>
      </w:r>
    </w:p>
    <w:p w:rsidR="00622B35" w:rsidRPr="00B7592B" w:rsidRDefault="00622B35" w:rsidP="00A10AD6">
      <w:pPr>
        <w:pStyle w:val="ListParagraph"/>
        <w:numPr>
          <w:ilvl w:val="0"/>
          <w:numId w:val="10"/>
        </w:numPr>
        <w:spacing w:before="20" w:after="20" w:line="360" w:lineRule="auto"/>
        <w:rPr>
          <w:color w:val="000000" w:themeColor="text1"/>
        </w:rPr>
      </w:pPr>
      <w:r w:rsidRPr="00B7592B">
        <w:rPr>
          <w:color w:val="000000" w:themeColor="text1"/>
        </w:rPr>
        <w:t>A copy of the National Identity Card (NIC)</w:t>
      </w:r>
    </w:p>
    <w:p w:rsidR="008543A9" w:rsidRPr="00B7592B" w:rsidRDefault="004A7AD4" w:rsidP="00A10AD6">
      <w:pPr>
        <w:pStyle w:val="ListParagraph"/>
        <w:numPr>
          <w:ilvl w:val="0"/>
          <w:numId w:val="10"/>
        </w:numPr>
        <w:spacing w:before="20" w:after="20" w:line="360" w:lineRule="auto"/>
        <w:rPr>
          <w:color w:val="000000" w:themeColor="text1"/>
        </w:rPr>
      </w:pPr>
      <w:r>
        <w:rPr>
          <w:color w:val="000000" w:themeColor="text1"/>
        </w:rPr>
        <w:t>Birth Certificate</w:t>
      </w:r>
    </w:p>
    <w:p w:rsidR="008543A9" w:rsidRPr="00B7592B" w:rsidRDefault="007B2D7E" w:rsidP="00A10AD6">
      <w:pPr>
        <w:pStyle w:val="ListParagraph"/>
        <w:numPr>
          <w:ilvl w:val="0"/>
          <w:numId w:val="10"/>
        </w:numPr>
        <w:spacing w:before="20" w:after="20" w:line="360" w:lineRule="auto"/>
        <w:rPr>
          <w:color w:val="000000" w:themeColor="text1"/>
        </w:rPr>
      </w:pPr>
      <w:r w:rsidRPr="00B7592B">
        <w:rPr>
          <w:color w:val="000000" w:themeColor="text1"/>
        </w:rPr>
        <w:t>Certificates of Educational Qualifications</w:t>
      </w:r>
    </w:p>
    <w:p w:rsidR="008543A9" w:rsidRPr="00B7592B" w:rsidRDefault="007B2D7E" w:rsidP="00A10AD6">
      <w:pPr>
        <w:pStyle w:val="ListParagraph"/>
        <w:numPr>
          <w:ilvl w:val="0"/>
          <w:numId w:val="10"/>
        </w:numPr>
        <w:spacing w:before="20" w:after="20" w:line="360" w:lineRule="auto"/>
        <w:rPr>
          <w:color w:val="000000" w:themeColor="text1"/>
        </w:rPr>
      </w:pPr>
      <w:r w:rsidRPr="00B7592B">
        <w:rPr>
          <w:color w:val="000000" w:themeColor="text1"/>
        </w:rPr>
        <w:t>Academic Transcript of Degree</w:t>
      </w:r>
    </w:p>
    <w:p w:rsidR="008543A9" w:rsidRPr="00B7592B" w:rsidRDefault="007B2D7E" w:rsidP="00A10AD6">
      <w:pPr>
        <w:pStyle w:val="ListParagraph"/>
        <w:numPr>
          <w:ilvl w:val="0"/>
          <w:numId w:val="10"/>
        </w:numPr>
        <w:spacing w:before="20" w:after="20" w:line="360" w:lineRule="auto"/>
        <w:rPr>
          <w:color w:val="000000" w:themeColor="text1"/>
        </w:rPr>
      </w:pPr>
      <w:r w:rsidRPr="00B7592B">
        <w:rPr>
          <w:color w:val="000000" w:themeColor="text1"/>
        </w:rPr>
        <w:t>Certificates of Professional Qualifications</w:t>
      </w:r>
    </w:p>
    <w:p w:rsidR="008543A9" w:rsidRPr="00B7592B" w:rsidRDefault="007B2D7E" w:rsidP="00A10AD6">
      <w:pPr>
        <w:pStyle w:val="ListParagraph"/>
        <w:numPr>
          <w:ilvl w:val="0"/>
          <w:numId w:val="10"/>
        </w:numPr>
        <w:spacing w:before="20" w:after="20" w:line="360" w:lineRule="auto"/>
        <w:rPr>
          <w:color w:val="000000" w:themeColor="text1"/>
        </w:rPr>
      </w:pPr>
      <w:r w:rsidRPr="00B7592B">
        <w:rPr>
          <w:color w:val="000000" w:themeColor="text1"/>
        </w:rPr>
        <w:t>Letters of Experience</w:t>
      </w:r>
    </w:p>
    <w:p w:rsidR="008543A9" w:rsidRPr="00B7592B" w:rsidRDefault="007B2D7E" w:rsidP="00A10AD6">
      <w:pPr>
        <w:pStyle w:val="ListParagraph"/>
        <w:numPr>
          <w:ilvl w:val="0"/>
          <w:numId w:val="10"/>
        </w:numPr>
        <w:spacing w:before="20" w:after="20" w:line="360" w:lineRule="auto"/>
        <w:rPr>
          <w:color w:val="000000" w:themeColor="text1"/>
        </w:rPr>
      </w:pPr>
      <w:r w:rsidRPr="00B7592B">
        <w:rPr>
          <w:color w:val="000000" w:themeColor="text1"/>
        </w:rPr>
        <w:t>Copies of other achievement certificates</w:t>
      </w:r>
    </w:p>
    <w:p w:rsidR="00A10AD6" w:rsidRPr="00B7592B" w:rsidRDefault="00A10AD6" w:rsidP="00A10AD6">
      <w:pPr>
        <w:spacing w:before="20" w:after="20"/>
        <w:rPr>
          <w:color w:val="000000" w:themeColor="text1"/>
        </w:rPr>
      </w:pPr>
    </w:p>
    <w:p w:rsidR="00A10AD6" w:rsidRPr="00B7592B" w:rsidRDefault="00A10AD6" w:rsidP="00A10AD6">
      <w:pPr>
        <w:spacing w:before="20" w:after="20"/>
        <w:rPr>
          <w:color w:val="000000" w:themeColor="text1"/>
        </w:rPr>
      </w:pPr>
    </w:p>
    <w:p w:rsidR="008543A9" w:rsidRPr="00B7592B" w:rsidRDefault="007B2D7E" w:rsidP="00622B35">
      <w:pPr>
        <w:spacing w:before="240" w:after="240"/>
        <w:jc w:val="both"/>
        <w:rPr>
          <w:color w:val="000000" w:themeColor="text1"/>
        </w:rPr>
      </w:pPr>
      <w:r w:rsidRPr="00B7592B">
        <w:rPr>
          <w:i/>
          <w:color w:val="000000" w:themeColor="text1"/>
        </w:rPr>
        <w:t>I do hereby certify that the particulars furnished by me in this application are true and accurate. I am also aware that, any particulars contained herein are found to be false or incorrect</w:t>
      </w:r>
      <w:r w:rsidR="00622B35" w:rsidRPr="00B7592B">
        <w:rPr>
          <w:i/>
          <w:color w:val="000000" w:themeColor="text1"/>
        </w:rPr>
        <w:t xml:space="preserve"> or if </w:t>
      </w:r>
      <w:r w:rsidR="0001198D" w:rsidRPr="00B7592B">
        <w:rPr>
          <w:i/>
          <w:color w:val="000000" w:themeColor="text1"/>
        </w:rPr>
        <w:t xml:space="preserve">I </w:t>
      </w:r>
      <w:r w:rsidR="00622B35" w:rsidRPr="00B7592B">
        <w:rPr>
          <w:i/>
          <w:color w:val="000000" w:themeColor="text1"/>
        </w:rPr>
        <w:t xml:space="preserve">engage in any form </w:t>
      </w:r>
      <w:r w:rsidR="0001198D" w:rsidRPr="00B7592B">
        <w:rPr>
          <w:i/>
          <w:color w:val="000000" w:themeColor="text1"/>
        </w:rPr>
        <w:t xml:space="preserve">of </w:t>
      </w:r>
      <w:r w:rsidR="00622B35" w:rsidRPr="00B7592B">
        <w:rPr>
          <w:i/>
          <w:color w:val="000000" w:themeColor="text1"/>
        </w:rPr>
        <w:t>canvassing</w:t>
      </w:r>
      <w:r w:rsidRPr="00B7592B">
        <w:rPr>
          <w:i/>
          <w:color w:val="000000" w:themeColor="text1"/>
        </w:rPr>
        <w:t>, I am liable to be disqualified before selection or to be dismissed without any compensation if such detection is made after appointment.</w:t>
      </w:r>
    </w:p>
    <w:p w:rsidR="008543A9" w:rsidRPr="00B7592B" w:rsidRDefault="007B2D7E">
      <w:pPr>
        <w:spacing w:before="320" w:after="480"/>
        <w:rPr>
          <w:color w:val="000000" w:themeColor="text1"/>
        </w:rPr>
      </w:pPr>
      <w:r w:rsidRPr="00B7592B">
        <w:rPr>
          <w:color w:val="000000" w:themeColor="text1"/>
        </w:rPr>
        <w:t>Date: ...........................................                                Signature of Applicant: ...........................................</w:t>
      </w:r>
    </w:p>
    <w:p w:rsidR="00A80B8A" w:rsidRPr="00B7592B" w:rsidRDefault="009A2698" w:rsidP="0043190D">
      <w:pPr>
        <w:spacing w:before="320" w:after="80"/>
        <w:rPr>
          <w:b/>
          <w:color w:val="000000" w:themeColor="text1"/>
          <w:sz w:val="28"/>
          <w:szCs w:val="24"/>
        </w:rPr>
      </w:pPr>
      <w:r w:rsidRPr="00B7592B">
        <w:rPr>
          <w:b/>
          <w:noProof/>
          <w:color w:val="000000" w:themeColor="text1"/>
          <w:sz w:val="28"/>
          <w:szCs w:val="24"/>
          <w:lang w:bidi="si-LK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61F702C" wp14:editId="4F1EFE62">
                <wp:simplePos x="0" y="0"/>
                <wp:positionH relativeFrom="column">
                  <wp:posOffset>15240</wp:posOffset>
                </wp:positionH>
                <wp:positionV relativeFrom="paragraph">
                  <wp:posOffset>142240</wp:posOffset>
                </wp:positionV>
                <wp:extent cx="6156960" cy="0"/>
                <wp:effectExtent l="38100" t="38100" r="53340" b="952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569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2pt,11.2pt" to="486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" strokecolor="black [3213]" strokeweight="2pt">
                <v:shadow on="t" color="black" opacity="24903f" origin=",.5" offset="0,.55556mm"/>
              </v:line>
            </w:pict>
          </mc:Fallback>
        </mc:AlternateContent>
      </w:r>
    </w:p>
    <w:p w:rsidR="008543A9" w:rsidRPr="00B7592B" w:rsidRDefault="007B2D7E" w:rsidP="0043190D">
      <w:pPr>
        <w:spacing w:before="320" w:after="80"/>
        <w:rPr>
          <w:color w:val="000000" w:themeColor="text1"/>
          <w:sz w:val="24"/>
          <w:szCs w:val="24"/>
        </w:rPr>
      </w:pPr>
      <w:r w:rsidRPr="00B7592B">
        <w:rPr>
          <w:b/>
          <w:color w:val="000000" w:themeColor="text1"/>
          <w:sz w:val="28"/>
          <w:szCs w:val="24"/>
        </w:rPr>
        <w:t>Certificate of Head of Department/Institution</w:t>
      </w:r>
    </w:p>
    <w:p w:rsidR="008543A9" w:rsidRPr="00B7592B" w:rsidRDefault="007B2D7E" w:rsidP="0043190D">
      <w:pPr>
        <w:spacing w:after="240"/>
        <w:rPr>
          <w:color w:val="000000" w:themeColor="text1"/>
          <w:sz w:val="28"/>
          <w:szCs w:val="28"/>
        </w:rPr>
      </w:pPr>
      <w:proofErr w:type="gramStart"/>
      <w:r w:rsidRPr="00B7592B">
        <w:rPr>
          <w:i/>
          <w:color w:val="000000" w:themeColor="text1"/>
          <w:szCs w:val="28"/>
        </w:rPr>
        <w:t>(Only for the applicants serving in the Public Service/ Government Corporations/ Statutory Boards.)</w:t>
      </w:r>
      <w:proofErr w:type="gramEnd"/>
    </w:p>
    <w:p w:rsidR="00A80B8A" w:rsidRPr="00B7592B" w:rsidRDefault="007B2D7E" w:rsidP="00A80B8A">
      <w:pPr>
        <w:spacing w:after="240"/>
        <w:rPr>
          <w:color w:val="000000" w:themeColor="text1"/>
          <w:sz w:val="24"/>
          <w:szCs w:val="24"/>
        </w:rPr>
      </w:pPr>
      <w:r w:rsidRPr="00B7592B">
        <w:rPr>
          <w:b/>
          <w:color w:val="000000" w:themeColor="text1"/>
          <w:sz w:val="24"/>
          <w:szCs w:val="24"/>
        </w:rPr>
        <w:t>Chairman</w:t>
      </w:r>
      <w:proofErr w:type="gramStart"/>
      <w:r w:rsidRPr="00B7592B">
        <w:rPr>
          <w:b/>
          <w:color w:val="000000" w:themeColor="text1"/>
          <w:sz w:val="24"/>
          <w:szCs w:val="24"/>
        </w:rPr>
        <w:t>,</w:t>
      </w:r>
      <w:proofErr w:type="gramEnd"/>
      <w:r w:rsidRPr="00B7592B">
        <w:rPr>
          <w:b/>
          <w:color w:val="000000" w:themeColor="text1"/>
          <w:sz w:val="24"/>
          <w:szCs w:val="24"/>
        </w:rPr>
        <w:br/>
        <w:t>Lanka Phosphate Limited</w:t>
      </w:r>
      <w:r w:rsidRPr="00B7592B">
        <w:rPr>
          <w:b/>
          <w:color w:val="000000" w:themeColor="text1"/>
          <w:sz w:val="24"/>
          <w:szCs w:val="24"/>
        </w:rPr>
        <w:br/>
      </w:r>
    </w:p>
    <w:p w:rsidR="008543A9" w:rsidRPr="00B7592B" w:rsidRDefault="007B2D7E" w:rsidP="00A80B8A">
      <w:pPr>
        <w:spacing w:after="240"/>
        <w:jc w:val="both"/>
        <w:rPr>
          <w:color w:val="000000" w:themeColor="text1"/>
          <w:sz w:val="24"/>
          <w:szCs w:val="24"/>
        </w:rPr>
      </w:pPr>
      <w:r w:rsidRPr="00B7592B">
        <w:rPr>
          <w:color w:val="000000" w:themeColor="text1"/>
          <w:sz w:val="24"/>
          <w:szCs w:val="24"/>
        </w:rPr>
        <w:t xml:space="preserve">I recommended and forward the application of Mr. / Mrs. / Miss. </w:t>
      </w:r>
      <w:r w:rsidR="0043190D" w:rsidRPr="00B7592B">
        <w:rPr>
          <w:color w:val="000000" w:themeColor="text1"/>
          <w:sz w:val="24"/>
          <w:szCs w:val="24"/>
        </w:rPr>
        <w:t>…………</w:t>
      </w:r>
      <w:r w:rsidR="000B4538" w:rsidRPr="00B7592B">
        <w:rPr>
          <w:color w:val="000000" w:themeColor="text1"/>
          <w:sz w:val="24"/>
          <w:szCs w:val="24"/>
        </w:rPr>
        <w:t>............................</w:t>
      </w:r>
      <w:r w:rsidR="00A80B8A" w:rsidRPr="00B7592B">
        <w:rPr>
          <w:color w:val="000000" w:themeColor="text1"/>
          <w:sz w:val="24"/>
          <w:szCs w:val="24"/>
        </w:rPr>
        <w:t>...............................................</w:t>
      </w:r>
      <w:r w:rsidR="000B4538" w:rsidRPr="00B7592B">
        <w:rPr>
          <w:color w:val="000000" w:themeColor="text1"/>
          <w:sz w:val="24"/>
          <w:szCs w:val="24"/>
        </w:rPr>
        <w:t>......................</w:t>
      </w:r>
      <w:r w:rsidRPr="00B7592B">
        <w:rPr>
          <w:color w:val="000000" w:themeColor="text1"/>
          <w:sz w:val="24"/>
          <w:szCs w:val="24"/>
        </w:rPr>
        <w:t>...... holding the post of .............</w:t>
      </w:r>
      <w:r w:rsidR="0043190D" w:rsidRPr="00B7592B">
        <w:rPr>
          <w:color w:val="000000" w:themeColor="text1"/>
          <w:sz w:val="24"/>
          <w:szCs w:val="24"/>
        </w:rPr>
        <w:t>.................</w:t>
      </w:r>
      <w:r w:rsidRPr="00B7592B">
        <w:rPr>
          <w:color w:val="000000" w:themeColor="text1"/>
          <w:sz w:val="24"/>
          <w:szCs w:val="24"/>
        </w:rPr>
        <w:t>..................</w:t>
      </w:r>
      <w:r w:rsidR="00A80B8A" w:rsidRPr="00B7592B">
        <w:rPr>
          <w:color w:val="000000" w:themeColor="text1"/>
          <w:sz w:val="24"/>
          <w:szCs w:val="24"/>
        </w:rPr>
        <w:t>.............</w:t>
      </w:r>
      <w:r w:rsidRPr="00B7592B">
        <w:rPr>
          <w:color w:val="000000" w:themeColor="text1"/>
          <w:sz w:val="24"/>
          <w:szCs w:val="24"/>
        </w:rPr>
        <w:t>.</w:t>
      </w:r>
      <w:r w:rsidR="000B4538" w:rsidRPr="00B7592B">
        <w:rPr>
          <w:color w:val="000000" w:themeColor="text1"/>
          <w:sz w:val="24"/>
          <w:szCs w:val="24"/>
        </w:rPr>
        <w:t>............................................</w:t>
      </w:r>
      <w:r w:rsidRPr="00B7592B">
        <w:rPr>
          <w:color w:val="000000" w:themeColor="text1"/>
          <w:sz w:val="24"/>
          <w:szCs w:val="24"/>
        </w:rPr>
        <w:t xml:space="preserve">.................. in this institution. I certify that his/her work and conduct are satisfactory and that he/ she </w:t>
      </w:r>
      <w:proofErr w:type="gramStart"/>
      <w:r w:rsidRPr="00B7592B">
        <w:rPr>
          <w:color w:val="000000" w:themeColor="text1"/>
          <w:sz w:val="24"/>
          <w:szCs w:val="24"/>
        </w:rPr>
        <w:t>has</w:t>
      </w:r>
      <w:proofErr w:type="gramEnd"/>
      <w:r w:rsidRPr="00B7592B">
        <w:rPr>
          <w:color w:val="000000" w:themeColor="text1"/>
          <w:sz w:val="24"/>
          <w:szCs w:val="24"/>
        </w:rPr>
        <w:t xml:space="preserve"> not been subject to any disciplinary action. He/ She can be released/ cannot be released from service if selected for this post.</w:t>
      </w:r>
    </w:p>
    <w:p w:rsidR="00A80B8A" w:rsidRPr="00B7592B" w:rsidRDefault="00A80B8A">
      <w:pPr>
        <w:spacing w:before="480"/>
        <w:rPr>
          <w:color w:val="000000" w:themeColor="text1"/>
          <w:sz w:val="24"/>
          <w:szCs w:val="24"/>
        </w:rPr>
      </w:pPr>
    </w:p>
    <w:p w:rsidR="008543A9" w:rsidRPr="00B7592B" w:rsidRDefault="007B2D7E">
      <w:pPr>
        <w:spacing w:before="480"/>
        <w:rPr>
          <w:color w:val="000000" w:themeColor="text1"/>
          <w:sz w:val="24"/>
          <w:szCs w:val="24"/>
        </w:rPr>
      </w:pPr>
      <w:r w:rsidRPr="00B7592B">
        <w:rPr>
          <w:color w:val="000000" w:themeColor="text1"/>
          <w:sz w:val="24"/>
          <w:szCs w:val="24"/>
        </w:rPr>
        <w:t>Date: ...........................................                                Signature of Head of Department/ Institution</w:t>
      </w:r>
      <w:r w:rsidRPr="00B7592B">
        <w:rPr>
          <w:color w:val="000000" w:themeColor="text1"/>
          <w:sz w:val="24"/>
          <w:szCs w:val="24"/>
        </w:rPr>
        <w:br/>
        <w:t xml:space="preserve">                                                                                 </w:t>
      </w:r>
      <w:r w:rsidR="00622B35" w:rsidRPr="00B7592B">
        <w:rPr>
          <w:color w:val="000000" w:themeColor="text1"/>
          <w:sz w:val="24"/>
          <w:szCs w:val="24"/>
        </w:rPr>
        <w:t xml:space="preserve">                                    </w:t>
      </w:r>
      <w:r w:rsidRPr="00B7592B">
        <w:rPr>
          <w:color w:val="000000" w:themeColor="text1"/>
          <w:sz w:val="24"/>
          <w:szCs w:val="24"/>
        </w:rPr>
        <w:t>(Official Stamp)</w:t>
      </w:r>
    </w:p>
    <w:sectPr w:rsidR="008543A9" w:rsidRPr="00B7592B" w:rsidSect="00354CE9">
      <w:footerReference w:type="default" r:id="rId9"/>
      <w:pgSz w:w="11907" w:h="16839" w:code="9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44D5" w:rsidRDefault="009F44D5" w:rsidP="008572E5">
      <w:pPr>
        <w:spacing w:after="0" w:line="240" w:lineRule="auto"/>
      </w:pPr>
      <w:r>
        <w:separator/>
      </w:r>
    </w:p>
  </w:endnote>
  <w:endnote w:type="continuationSeparator" w:id="0">
    <w:p w:rsidR="009F44D5" w:rsidRDefault="009F44D5" w:rsidP="00857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7924230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8572E5" w:rsidRDefault="008572E5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09BE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:rsidR="008572E5" w:rsidRDefault="008572E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44D5" w:rsidRDefault="009F44D5" w:rsidP="008572E5">
      <w:pPr>
        <w:spacing w:after="0" w:line="240" w:lineRule="auto"/>
      </w:pPr>
      <w:r>
        <w:separator/>
      </w:r>
    </w:p>
  </w:footnote>
  <w:footnote w:type="continuationSeparator" w:id="0">
    <w:p w:rsidR="009F44D5" w:rsidRDefault="009F44D5" w:rsidP="008572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3A6C7A18"/>
    <w:multiLevelType w:val="hybridMultilevel"/>
    <w:tmpl w:val="9C283990"/>
    <w:lvl w:ilvl="0" w:tplc="BC70C652">
      <w:start w:val="1"/>
      <w:numFmt w:val="lowerLetter"/>
      <w:lvlText w:val="%1)"/>
      <w:lvlJc w:val="left"/>
      <w:pPr>
        <w:ind w:left="1296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0">
    <w:nsid w:val="5AD154FE"/>
    <w:multiLevelType w:val="hybridMultilevel"/>
    <w:tmpl w:val="B3C653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F76CE4"/>
    <w:multiLevelType w:val="hybridMultilevel"/>
    <w:tmpl w:val="80EA12DE"/>
    <w:lvl w:ilvl="0" w:tplc="1AC2CEFE">
      <w:start w:val="1"/>
      <w:numFmt w:val="decimal"/>
      <w:lvlText w:val="%1."/>
      <w:lvlJc w:val="left"/>
      <w:pPr>
        <w:ind w:left="540" w:hanging="360"/>
      </w:pPr>
      <w:rPr>
        <w:b/>
        <w:bCs w:val="0"/>
        <w:sz w:val="22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1198D"/>
    <w:rsid w:val="00034616"/>
    <w:rsid w:val="00037A5D"/>
    <w:rsid w:val="0006063C"/>
    <w:rsid w:val="00064FA8"/>
    <w:rsid w:val="000A7627"/>
    <w:rsid w:val="000B4538"/>
    <w:rsid w:val="000C7F33"/>
    <w:rsid w:val="000F7AD2"/>
    <w:rsid w:val="00105CD4"/>
    <w:rsid w:val="001321C6"/>
    <w:rsid w:val="0013611B"/>
    <w:rsid w:val="0014313C"/>
    <w:rsid w:val="0015074B"/>
    <w:rsid w:val="002909BE"/>
    <w:rsid w:val="0029639D"/>
    <w:rsid w:val="00297DC1"/>
    <w:rsid w:val="002C5F5E"/>
    <w:rsid w:val="002D239E"/>
    <w:rsid w:val="00326F90"/>
    <w:rsid w:val="00354CE9"/>
    <w:rsid w:val="00364D67"/>
    <w:rsid w:val="003F5D4A"/>
    <w:rsid w:val="004036C7"/>
    <w:rsid w:val="00411BC9"/>
    <w:rsid w:val="00426D44"/>
    <w:rsid w:val="0043190D"/>
    <w:rsid w:val="004A7AD4"/>
    <w:rsid w:val="004E30F6"/>
    <w:rsid w:val="004E3AF6"/>
    <w:rsid w:val="00514D59"/>
    <w:rsid w:val="005439A1"/>
    <w:rsid w:val="00566591"/>
    <w:rsid w:val="0058430C"/>
    <w:rsid w:val="00622B35"/>
    <w:rsid w:val="00663C8E"/>
    <w:rsid w:val="00675C2F"/>
    <w:rsid w:val="006873FA"/>
    <w:rsid w:val="0069420D"/>
    <w:rsid w:val="006C39F8"/>
    <w:rsid w:val="00736B1A"/>
    <w:rsid w:val="007B0198"/>
    <w:rsid w:val="007B2D7E"/>
    <w:rsid w:val="00831E59"/>
    <w:rsid w:val="00834ACB"/>
    <w:rsid w:val="008543A9"/>
    <w:rsid w:val="008572E5"/>
    <w:rsid w:val="0086597E"/>
    <w:rsid w:val="00877D15"/>
    <w:rsid w:val="00893AE3"/>
    <w:rsid w:val="00896D0A"/>
    <w:rsid w:val="008A736B"/>
    <w:rsid w:val="008D259F"/>
    <w:rsid w:val="009257F6"/>
    <w:rsid w:val="00963B00"/>
    <w:rsid w:val="00964629"/>
    <w:rsid w:val="00975C08"/>
    <w:rsid w:val="00981033"/>
    <w:rsid w:val="009A2698"/>
    <w:rsid w:val="009F44D5"/>
    <w:rsid w:val="00A10AD6"/>
    <w:rsid w:val="00A13477"/>
    <w:rsid w:val="00A61136"/>
    <w:rsid w:val="00A7664C"/>
    <w:rsid w:val="00A80B8A"/>
    <w:rsid w:val="00A810D1"/>
    <w:rsid w:val="00AA1D8D"/>
    <w:rsid w:val="00AB074F"/>
    <w:rsid w:val="00AB7DC3"/>
    <w:rsid w:val="00B37434"/>
    <w:rsid w:val="00B47730"/>
    <w:rsid w:val="00B7592B"/>
    <w:rsid w:val="00B84126"/>
    <w:rsid w:val="00BD0F2D"/>
    <w:rsid w:val="00BF3F76"/>
    <w:rsid w:val="00C03AE9"/>
    <w:rsid w:val="00C51A5A"/>
    <w:rsid w:val="00C52730"/>
    <w:rsid w:val="00CA7574"/>
    <w:rsid w:val="00CB0664"/>
    <w:rsid w:val="00CB3C28"/>
    <w:rsid w:val="00CD04F3"/>
    <w:rsid w:val="00CD78B5"/>
    <w:rsid w:val="00D421C0"/>
    <w:rsid w:val="00DA737D"/>
    <w:rsid w:val="00DB2148"/>
    <w:rsid w:val="00E339C2"/>
    <w:rsid w:val="00E85461"/>
    <w:rsid w:val="00ED478F"/>
    <w:rsid w:val="00F0377B"/>
    <w:rsid w:val="00F07010"/>
    <w:rsid w:val="00F748C3"/>
    <w:rsid w:val="00F75AD9"/>
    <w:rsid w:val="00F8660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222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222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22CC3C5-F4F2-4D3F-9339-09B0AC2E2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Neranjan</cp:lastModifiedBy>
  <cp:revision>331</cp:revision>
  <cp:lastPrinted>2026-10-28T16:48:00Z</cp:lastPrinted>
  <dcterms:created xsi:type="dcterms:W3CDTF">2013-12-23T23:15:00Z</dcterms:created>
  <dcterms:modified xsi:type="dcterms:W3CDTF">2026-10-28T16:48:00Z</dcterms:modified>
</cp:coreProperties>
</file>